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DD9FB" w14:textId="77777777" w:rsidR="00EE10FE" w:rsidRDefault="00D7282A">
      <w:r>
        <w:rPr>
          <w:b/>
        </w:rPr>
        <w:t>F06  |  COMPLETE BEFORE BUSINESS</w:t>
      </w:r>
    </w:p>
    <w:p w14:paraId="32D01A45" w14:textId="77777777" w:rsidR="00EE10FE" w:rsidRDefault="00D7282A">
      <w:pPr>
        <w:pStyle w:val="Title"/>
      </w:pPr>
      <w:r>
        <w:t>Committee eligibility and attendance</w:t>
      </w:r>
    </w:p>
    <w:p w14:paraId="748CA9B9" w14:textId="77777777" w:rsidR="00EE10FE" w:rsidRDefault="00D7282A">
      <w:pPr>
        <w:jc w:val="center"/>
      </w:pPr>
      <w:r>
        <w:rPr>
          <w:b/>
          <w:sz w:val="24"/>
        </w:rPr>
        <w:t>[ASSOCIATION LEGAL NAME]</w:t>
      </w:r>
    </w:p>
    <w:p w14:paraId="5358042F" w14:textId="77777777" w:rsidR="00EE10FE" w:rsidRDefault="00D7282A">
      <w:r>
        <w:t>Hearing date / appointment record: [Complete]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3240"/>
        <w:gridCol w:w="1800"/>
        <w:gridCol w:w="3240"/>
        <w:gridCol w:w="2520"/>
      </w:tblGrid>
      <w:tr w:rsidR="00EE10FE" w14:paraId="1B749654" w14:textId="77777777">
        <w:trPr>
          <w:cantSplit/>
          <w:tblHeader/>
        </w:trPr>
        <w:tc>
          <w:tcPr>
            <w:tcW w:w="3240" w:type="dxa"/>
            <w:shd w:val="clear" w:color="auto" w:fill="DBE8F0"/>
            <w:vAlign w:val="center"/>
          </w:tcPr>
          <w:p w14:paraId="72A56127" w14:textId="77777777" w:rsidR="00EE10FE" w:rsidRDefault="00D7282A">
            <w:pPr>
              <w:spacing w:before="40" w:after="40" w:line="240" w:lineRule="auto"/>
            </w:pPr>
            <w:r>
              <w:rPr>
                <w:b/>
              </w:rPr>
              <w:t>Member name</w:t>
            </w:r>
          </w:p>
        </w:tc>
        <w:tc>
          <w:tcPr>
            <w:tcW w:w="1800" w:type="dxa"/>
            <w:shd w:val="clear" w:color="auto" w:fill="DBE8F0"/>
            <w:vAlign w:val="center"/>
          </w:tcPr>
          <w:p w14:paraId="4D8D0C74" w14:textId="77777777" w:rsidR="00EE10FE" w:rsidRDefault="00D7282A">
            <w:pPr>
              <w:spacing w:before="40" w:after="40" w:line="240" w:lineRule="auto"/>
            </w:pPr>
            <w:r>
              <w:rPr>
                <w:b/>
              </w:rPr>
              <w:t>Appointed date</w:t>
            </w:r>
          </w:p>
        </w:tc>
        <w:tc>
          <w:tcPr>
            <w:tcW w:w="3240" w:type="dxa"/>
            <w:shd w:val="clear" w:color="auto" w:fill="DBE8F0"/>
            <w:vAlign w:val="center"/>
          </w:tcPr>
          <w:p w14:paraId="37239E93" w14:textId="77777777" w:rsidR="00EE10FE" w:rsidRDefault="00D7282A">
            <w:pPr>
              <w:spacing w:before="40" w:after="40" w:line="240" w:lineRule="auto"/>
            </w:pPr>
            <w:r>
              <w:rPr>
                <w:b/>
              </w:rPr>
              <w:t>Eligibility verified</w:t>
            </w:r>
          </w:p>
        </w:tc>
        <w:tc>
          <w:tcPr>
            <w:tcW w:w="2520" w:type="dxa"/>
            <w:shd w:val="clear" w:color="auto" w:fill="DBE8F0"/>
            <w:vAlign w:val="center"/>
          </w:tcPr>
          <w:p w14:paraId="6C873E79" w14:textId="77777777" w:rsidR="00EE10FE" w:rsidRDefault="00D7282A">
            <w:pPr>
              <w:spacing w:before="40" w:after="40" w:line="240" w:lineRule="auto"/>
            </w:pPr>
            <w:r>
              <w:rPr>
                <w:b/>
              </w:rPr>
              <w:t>Present / absent</w:t>
            </w:r>
          </w:p>
        </w:tc>
      </w:tr>
      <w:tr w:rsidR="00EE10FE" w14:paraId="60466299" w14:textId="77777777">
        <w:trPr>
          <w:cantSplit/>
        </w:trPr>
        <w:tc>
          <w:tcPr>
            <w:tcW w:w="3240" w:type="dxa"/>
            <w:vAlign w:val="center"/>
          </w:tcPr>
          <w:p w14:paraId="62B7DD6B" w14:textId="77777777" w:rsidR="00EE10FE" w:rsidRDefault="00D7282A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1800" w:type="dxa"/>
            <w:vAlign w:val="center"/>
          </w:tcPr>
          <w:p w14:paraId="42B647F5" w14:textId="77777777" w:rsidR="00EE10FE" w:rsidRDefault="00D7282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240" w:type="dxa"/>
            <w:vAlign w:val="center"/>
          </w:tcPr>
          <w:p w14:paraId="65F36608" w14:textId="77777777" w:rsidR="00EE10FE" w:rsidRDefault="00D7282A">
            <w:pPr>
              <w:spacing w:before="40" w:after="40" w:line="240" w:lineRule="auto"/>
            </w:pPr>
            <w:r>
              <w:t>[Yes / issue]</w:t>
            </w:r>
          </w:p>
        </w:tc>
        <w:tc>
          <w:tcPr>
            <w:tcW w:w="2520" w:type="dxa"/>
            <w:vAlign w:val="center"/>
          </w:tcPr>
          <w:p w14:paraId="459E2D8D" w14:textId="77777777" w:rsidR="00EE10FE" w:rsidRDefault="00D7282A">
            <w:pPr>
              <w:spacing w:before="40" w:after="40" w:line="240" w:lineRule="auto"/>
            </w:pPr>
            <w:r>
              <w:t>[Status]</w:t>
            </w:r>
          </w:p>
        </w:tc>
      </w:tr>
      <w:tr w:rsidR="00EE10FE" w14:paraId="3497FB69" w14:textId="77777777">
        <w:trPr>
          <w:cantSplit/>
        </w:trPr>
        <w:tc>
          <w:tcPr>
            <w:tcW w:w="3240" w:type="dxa"/>
            <w:vAlign w:val="center"/>
          </w:tcPr>
          <w:p w14:paraId="07416266" w14:textId="77777777" w:rsidR="00EE10FE" w:rsidRDefault="00D7282A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1800" w:type="dxa"/>
            <w:vAlign w:val="center"/>
          </w:tcPr>
          <w:p w14:paraId="72689C39" w14:textId="77777777" w:rsidR="00EE10FE" w:rsidRDefault="00D7282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240" w:type="dxa"/>
            <w:vAlign w:val="center"/>
          </w:tcPr>
          <w:p w14:paraId="323E2740" w14:textId="77777777" w:rsidR="00EE10FE" w:rsidRDefault="00D7282A">
            <w:pPr>
              <w:spacing w:before="40" w:after="40" w:line="240" w:lineRule="auto"/>
            </w:pPr>
            <w:r>
              <w:t>[Yes / issue]</w:t>
            </w:r>
          </w:p>
        </w:tc>
        <w:tc>
          <w:tcPr>
            <w:tcW w:w="2520" w:type="dxa"/>
            <w:vAlign w:val="center"/>
          </w:tcPr>
          <w:p w14:paraId="15749580" w14:textId="77777777" w:rsidR="00EE10FE" w:rsidRDefault="00D7282A">
            <w:pPr>
              <w:spacing w:before="40" w:after="40" w:line="240" w:lineRule="auto"/>
            </w:pPr>
            <w:r>
              <w:t>[Status]</w:t>
            </w:r>
          </w:p>
        </w:tc>
      </w:tr>
      <w:tr w:rsidR="00EE10FE" w14:paraId="1FDCC8D9" w14:textId="77777777">
        <w:trPr>
          <w:cantSplit/>
        </w:trPr>
        <w:tc>
          <w:tcPr>
            <w:tcW w:w="3240" w:type="dxa"/>
            <w:vAlign w:val="center"/>
          </w:tcPr>
          <w:p w14:paraId="4594AF8E" w14:textId="77777777" w:rsidR="00EE10FE" w:rsidRDefault="00D7282A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1800" w:type="dxa"/>
            <w:vAlign w:val="center"/>
          </w:tcPr>
          <w:p w14:paraId="741FAE34" w14:textId="77777777" w:rsidR="00EE10FE" w:rsidRDefault="00D7282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240" w:type="dxa"/>
            <w:vAlign w:val="center"/>
          </w:tcPr>
          <w:p w14:paraId="7E6AF600" w14:textId="77777777" w:rsidR="00EE10FE" w:rsidRDefault="00D7282A">
            <w:pPr>
              <w:spacing w:before="40" w:after="40" w:line="240" w:lineRule="auto"/>
            </w:pPr>
            <w:r>
              <w:t>[Yes / issue]</w:t>
            </w:r>
          </w:p>
        </w:tc>
        <w:tc>
          <w:tcPr>
            <w:tcW w:w="2520" w:type="dxa"/>
            <w:vAlign w:val="center"/>
          </w:tcPr>
          <w:p w14:paraId="686C5A9B" w14:textId="77777777" w:rsidR="00EE10FE" w:rsidRDefault="00D7282A">
            <w:pPr>
              <w:spacing w:before="40" w:after="40" w:line="240" w:lineRule="auto"/>
            </w:pPr>
            <w:r>
              <w:t>[Status]</w:t>
            </w:r>
          </w:p>
        </w:tc>
      </w:tr>
      <w:tr w:rsidR="00EE10FE" w14:paraId="6EC20094" w14:textId="77777777">
        <w:trPr>
          <w:cantSplit/>
        </w:trPr>
        <w:tc>
          <w:tcPr>
            <w:tcW w:w="3240" w:type="dxa"/>
            <w:vAlign w:val="center"/>
          </w:tcPr>
          <w:p w14:paraId="7411ECD1" w14:textId="77777777" w:rsidR="00EE10FE" w:rsidRDefault="00D7282A">
            <w:pPr>
              <w:spacing w:before="40" w:after="40" w:line="240" w:lineRule="auto"/>
            </w:pPr>
            <w:r>
              <w:t>[Name or unused]</w:t>
            </w:r>
          </w:p>
        </w:tc>
        <w:tc>
          <w:tcPr>
            <w:tcW w:w="1800" w:type="dxa"/>
            <w:vAlign w:val="center"/>
          </w:tcPr>
          <w:p w14:paraId="6EB712C5" w14:textId="77777777" w:rsidR="00EE10FE" w:rsidRDefault="00D7282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240" w:type="dxa"/>
            <w:vAlign w:val="center"/>
          </w:tcPr>
          <w:p w14:paraId="005811B9" w14:textId="77777777" w:rsidR="00EE10FE" w:rsidRDefault="00D7282A">
            <w:pPr>
              <w:spacing w:before="40" w:after="40" w:line="240" w:lineRule="auto"/>
            </w:pPr>
            <w:r>
              <w:t>[Yes / issue]</w:t>
            </w:r>
          </w:p>
        </w:tc>
        <w:tc>
          <w:tcPr>
            <w:tcW w:w="2520" w:type="dxa"/>
            <w:vAlign w:val="center"/>
          </w:tcPr>
          <w:p w14:paraId="4DAC86F3" w14:textId="77777777" w:rsidR="00EE10FE" w:rsidRDefault="00D7282A">
            <w:pPr>
              <w:spacing w:before="40" w:after="40" w:line="240" w:lineRule="auto"/>
            </w:pPr>
            <w:r>
              <w:t>[Status]</w:t>
            </w:r>
          </w:p>
        </w:tc>
      </w:tr>
      <w:tr w:rsidR="00EE10FE" w14:paraId="14216AC6" w14:textId="77777777">
        <w:trPr>
          <w:cantSplit/>
        </w:trPr>
        <w:tc>
          <w:tcPr>
            <w:tcW w:w="3240" w:type="dxa"/>
            <w:vAlign w:val="center"/>
          </w:tcPr>
          <w:p w14:paraId="239D1000" w14:textId="77777777" w:rsidR="00EE10FE" w:rsidRDefault="00D7282A">
            <w:pPr>
              <w:spacing w:before="40" w:after="40" w:line="240" w:lineRule="auto"/>
            </w:pPr>
            <w:r>
              <w:t>[Name or unused]</w:t>
            </w:r>
          </w:p>
        </w:tc>
        <w:tc>
          <w:tcPr>
            <w:tcW w:w="1800" w:type="dxa"/>
            <w:vAlign w:val="center"/>
          </w:tcPr>
          <w:p w14:paraId="5B7B8892" w14:textId="77777777" w:rsidR="00EE10FE" w:rsidRDefault="00D7282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240" w:type="dxa"/>
            <w:vAlign w:val="center"/>
          </w:tcPr>
          <w:p w14:paraId="2D332833" w14:textId="77777777" w:rsidR="00EE10FE" w:rsidRDefault="00D7282A">
            <w:pPr>
              <w:spacing w:before="40" w:after="40" w:line="240" w:lineRule="auto"/>
            </w:pPr>
            <w:r>
              <w:t>[Yes / issue]</w:t>
            </w:r>
          </w:p>
        </w:tc>
        <w:tc>
          <w:tcPr>
            <w:tcW w:w="2520" w:type="dxa"/>
            <w:vAlign w:val="center"/>
          </w:tcPr>
          <w:p w14:paraId="1E99FA3B" w14:textId="77777777" w:rsidR="00EE10FE" w:rsidRDefault="00D7282A">
            <w:pPr>
              <w:spacing w:before="40" w:after="40" w:line="240" w:lineRule="auto"/>
            </w:pPr>
            <w:r>
              <w:t>[Status]</w:t>
            </w:r>
          </w:p>
        </w:tc>
      </w:tr>
    </w:tbl>
    <w:p w14:paraId="6109F064" w14:textId="77777777" w:rsidR="00EE10FE" w:rsidRDefault="00EE10FE"/>
    <w:p w14:paraId="55580A96" w14:textId="77777777" w:rsidR="00EE10FE" w:rsidRDefault="00D7282A">
      <w:r>
        <w:t xml:space="preserve">Eligibility check: No member may be an association officer, director or </w:t>
      </w:r>
      <w:r>
        <w:t>employee, or the spouse, parent, child, brother or sister of one. Committee must have at least three eligible Board-appointed members. Use the complete roster; add rows for additional members.</w:t>
      </w:r>
    </w:p>
    <w:p w14:paraId="2D9B09AA" w14:textId="77777777" w:rsidR="00EE10FE" w:rsidRDefault="00D7282A">
      <w:r>
        <w:t>Chairperson and supporting appointment/selection record: [Compl</w:t>
      </w:r>
      <w:r>
        <w:t>ete]</w:t>
      </w:r>
    </w:p>
    <w:p w14:paraId="2FCE8B30" w14:textId="77777777" w:rsidR="00EE10FE" w:rsidRDefault="00D7282A">
      <w:r>
        <w:t>Quorum rule and source: [Exact document provision; package default only if applicable]</w:t>
      </w:r>
    </w:p>
    <w:p w14:paraId="21BE6E68" w14:textId="77777777" w:rsidR="00EE10FE" w:rsidRDefault="00D7282A">
      <w:r>
        <w:t>Eligible body / present / required quorum: [N] / [P] / [Q]</w:t>
      </w:r>
    </w:p>
    <w:p w14:paraId="219E4794" w14:textId="77777777" w:rsidR="00EE10FE" w:rsidRDefault="00D7282A">
      <w:r>
        <w:t>Quorum result: [Obtained / Not obtained]</w:t>
      </w:r>
    </w:p>
    <w:p w14:paraId="502CAA4B" w14:textId="77777777" w:rsidR="00EE10FE" w:rsidRDefault="00D7282A">
      <w:r>
        <w:t>Approval threshold and source: [Rule, required vote count, treat</w:t>
      </w:r>
      <w:r>
        <w:t>ment of abstentions/recusals]</w:t>
      </w:r>
    </w:p>
    <w:p w14:paraId="5C8DDB8E" w14:textId="77777777" w:rsidR="00EE10FE" w:rsidRDefault="00D7282A">
      <w:r>
        <w:t>Recusals or eligibility concerns and resolution: [Complete]</w:t>
      </w:r>
    </w:p>
    <w:p w14:paraId="492CCE65" w14:textId="77777777" w:rsidR="00EE10FE" w:rsidRDefault="00D7282A">
      <w:r>
        <w:t>Management Representative Present: [One name or None]</w:t>
      </w:r>
    </w:p>
    <w:p w14:paraId="56F6E38A" w14:textId="77777777" w:rsidR="00EE10FE" w:rsidRDefault="00D7282A">
      <w:r>
        <w:t>Others Present: [Names, category, owner represented, property if available]</w:t>
      </w:r>
    </w:p>
    <w:p w14:paraId="5883FFB8" w14:textId="77777777" w:rsidR="00EE10FE" w:rsidRDefault="00D7282A">
      <w:r>
        <w:t xml:space="preserve">Recorder / minutes preparer: [Name, </w:t>
      </w:r>
      <w:r>
        <w:t>exact title, attended or did not attend]</w:t>
      </w:r>
    </w:p>
    <w:p w14:paraId="5AF626D6" w14:textId="77777777" w:rsidR="00EE10FE" w:rsidRDefault="00D7282A">
      <w:r>
        <w:t>Verified by and date: [Complete]</w:t>
      </w:r>
    </w:p>
    <w:p w14:paraId="303CB649" w14:textId="77777777" w:rsidR="00EE10FE" w:rsidRDefault="00D7282A">
      <w:r>
        <w:t>If quorum is not obtained: “No quorum was obtained and this meeting cannot be called to order accordingly.” Do not enter an official decision or manufacture a vote.</w:t>
      </w:r>
    </w:p>
    <w:sectPr w:rsidR="00EE10F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FB011" w14:textId="77777777" w:rsidR="00000000" w:rsidRDefault="00D7282A">
      <w:pPr>
        <w:spacing w:after="0" w:line="240" w:lineRule="auto"/>
      </w:pPr>
      <w:r>
        <w:separator/>
      </w:r>
    </w:p>
  </w:endnote>
  <w:endnote w:type="continuationSeparator" w:id="0">
    <w:p w14:paraId="4CFEA903" w14:textId="77777777" w:rsidR="00000000" w:rsidRDefault="00D72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1AE0A" w14:textId="77777777" w:rsidR="00D7282A" w:rsidRDefault="00D728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54582" w14:textId="77777777" w:rsidR="00EE10FE" w:rsidRDefault="00D7282A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FD253" w14:textId="77777777" w:rsidR="00D7282A" w:rsidRDefault="00D728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9E07E" w14:textId="77777777" w:rsidR="00000000" w:rsidRDefault="00D7282A">
      <w:pPr>
        <w:spacing w:after="0" w:line="240" w:lineRule="auto"/>
      </w:pPr>
      <w:r>
        <w:separator/>
      </w:r>
    </w:p>
  </w:footnote>
  <w:footnote w:type="continuationSeparator" w:id="0">
    <w:p w14:paraId="190A7A97" w14:textId="77777777" w:rsidR="00000000" w:rsidRDefault="00D72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CF94C" w14:textId="77777777" w:rsidR="00D7282A" w:rsidRDefault="00D728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E7723" w14:textId="77777777" w:rsidR="00D7282A" w:rsidRDefault="00D728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9E598" w14:textId="77777777" w:rsidR="00D7282A" w:rsidRDefault="00D728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7282A"/>
    <w:rsid w:val="00EE10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93319C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eligibility and attendance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