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EDCC4" w14:textId="77777777" w:rsidR="00B5078E" w:rsidRDefault="00670921">
      <w:r>
        <w:rPr>
          <w:b/>
        </w:rPr>
        <w:t>F09  |  FIRST PAGE OF ACTUAL MEETING RECORD</w:t>
      </w:r>
    </w:p>
    <w:p w14:paraId="4DE843D6" w14:textId="77777777" w:rsidR="00B5078E" w:rsidRDefault="00670921">
      <w:pPr>
        <w:pStyle w:val="Title"/>
      </w:pPr>
      <w:r>
        <w:t>Internal meeting summary</w:t>
      </w:r>
    </w:p>
    <w:p w14:paraId="627F53AA" w14:textId="77777777" w:rsidR="00B5078E" w:rsidRDefault="00670921">
      <w:r>
        <w:rPr>
          <w:noProof/>
        </w:rPr>
        <w:drawing>
          <wp:inline distT="0" distB="0" distL="0" distR="0" wp14:anchorId="2971FCA6" wp14:editId="14F62DDF">
            <wp:extent cx="1508760" cy="502920"/>
            <wp:effectExtent l="0" t="0" r="0" b="0"/>
            <wp:docPr id="1" name="Picture 1" descr="myHomeSpot cyan roo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HS Logo 334x139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2376"/>
        <w:gridCol w:w="8424"/>
      </w:tblGrid>
      <w:tr w:rsidR="00B5078E" w14:paraId="7B745EBD" w14:textId="77777777">
        <w:trPr>
          <w:cantSplit/>
          <w:tblHeader/>
        </w:trPr>
        <w:tc>
          <w:tcPr>
            <w:tcW w:w="2376" w:type="dxa"/>
            <w:shd w:val="clear" w:color="auto" w:fill="DBE8F0"/>
            <w:vAlign w:val="center"/>
          </w:tcPr>
          <w:p w14:paraId="49B98250" w14:textId="77777777" w:rsidR="00B5078E" w:rsidRDefault="00670921">
            <w:pPr>
              <w:spacing w:before="40" w:after="40" w:line="240" w:lineRule="auto"/>
            </w:pPr>
            <w:r>
              <w:rPr>
                <w:b/>
              </w:rPr>
              <w:t>Field</w:t>
            </w:r>
          </w:p>
        </w:tc>
        <w:tc>
          <w:tcPr>
            <w:tcW w:w="8424" w:type="dxa"/>
            <w:shd w:val="clear" w:color="auto" w:fill="DBE8F0"/>
            <w:vAlign w:val="center"/>
          </w:tcPr>
          <w:p w14:paraId="6CC923EE" w14:textId="77777777" w:rsidR="00B5078E" w:rsidRDefault="00670921">
            <w:pPr>
              <w:spacing w:before="40" w:after="40" w:line="240" w:lineRule="auto"/>
            </w:pPr>
            <w:r>
              <w:rPr>
                <w:b/>
              </w:rPr>
              <w:t>Information</w:t>
            </w:r>
          </w:p>
        </w:tc>
      </w:tr>
      <w:tr w:rsidR="00B5078E" w14:paraId="22409BE3" w14:textId="77777777">
        <w:trPr>
          <w:cantSplit/>
        </w:trPr>
        <w:tc>
          <w:tcPr>
            <w:tcW w:w="2376" w:type="dxa"/>
            <w:vAlign w:val="center"/>
          </w:tcPr>
          <w:p w14:paraId="3A636D79" w14:textId="77777777" w:rsidR="00B5078E" w:rsidRDefault="00670921">
            <w:pPr>
              <w:spacing w:before="40" w:after="40" w:line="240" w:lineRule="auto"/>
            </w:pPr>
            <w:r>
              <w:t>Association</w:t>
            </w:r>
          </w:p>
        </w:tc>
        <w:tc>
          <w:tcPr>
            <w:tcW w:w="8424" w:type="dxa"/>
            <w:vAlign w:val="center"/>
          </w:tcPr>
          <w:p w14:paraId="136B9BB1" w14:textId="77777777" w:rsidR="00B5078E" w:rsidRDefault="00670921">
            <w:pPr>
              <w:spacing w:before="40" w:after="40" w:line="240" w:lineRule="auto"/>
            </w:pPr>
            <w:r>
              <w:t>[Exact legal name]</w:t>
            </w:r>
          </w:p>
        </w:tc>
      </w:tr>
      <w:tr w:rsidR="00B5078E" w14:paraId="45544331" w14:textId="77777777">
        <w:trPr>
          <w:cantSplit/>
        </w:trPr>
        <w:tc>
          <w:tcPr>
            <w:tcW w:w="2376" w:type="dxa"/>
            <w:vAlign w:val="center"/>
          </w:tcPr>
          <w:p w14:paraId="23A90AFD" w14:textId="77777777" w:rsidR="00B5078E" w:rsidRDefault="00670921">
            <w:pPr>
              <w:spacing w:before="40" w:after="40" w:line="240" w:lineRule="auto"/>
            </w:pPr>
            <w:r>
              <w:t>Meeting</w:t>
            </w:r>
          </w:p>
        </w:tc>
        <w:tc>
          <w:tcPr>
            <w:tcW w:w="8424" w:type="dxa"/>
            <w:vAlign w:val="center"/>
          </w:tcPr>
          <w:p w14:paraId="2717563E" w14:textId="77777777" w:rsidR="00B5078E" w:rsidRDefault="00670921">
            <w:pPr>
              <w:spacing w:before="40" w:after="40" w:line="240" w:lineRule="auto"/>
            </w:pPr>
            <w:r>
              <w:t>Committee - Fine Hearing</w:t>
            </w:r>
          </w:p>
        </w:tc>
      </w:tr>
      <w:tr w:rsidR="00B5078E" w14:paraId="30507B11" w14:textId="77777777">
        <w:trPr>
          <w:cantSplit/>
        </w:trPr>
        <w:tc>
          <w:tcPr>
            <w:tcW w:w="2376" w:type="dxa"/>
            <w:vAlign w:val="center"/>
          </w:tcPr>
          <w:p w14:paraId="4CA29142" w14:textId="77777777" w:rsidR="00B5078E" w:rsidRDefault="00670921">
            <w:pPr>
              <w:spacing w:before="40" w:after="40" w:line="240" w:lineRule="auto"/>
            </w:pPr>
            <w:r>
              <w:t>Date / Time</w:t>
            </w:r>
          </w:p>
        </w:tc>
        <w:tc>
          <w:tcPr>
            <w:tcW w:w="8424" w:type="dxa"/>
            <w:vAlign w:val="center"/>
          </w:tcPr>
          <w:p w14:paraId="13AB5E61" w14:textId="77777777" w:rsidR="00B5078E" w:rsidRDefault="00670921">
            <w:pPr>
              <w:spacing w:before="40" w:after="40" w:line="240" w:lineRule="auto"/>
            </w:pPr>
            <w:r>
              <w:t>[Scheduled date/time and zone]</w:t>
            </w:r>
          </w:p>
        </w:tc>
      </w:tr>
    </w:tbl>
    <w:p w14:paraId="1A8E0E20" w14:textId="77777777" w:rsidR="00B5078E" w:rsidRDefault="00B5078E"/>
    <w:p w14:paraId="56C09806" w14:textId="77777777" w:rsidR="00B5078E" w:rsidRDefault="00670921">
      <w:pPr>
        <w:pStyle w:val="Heading2"/>
      </w:pPr>
      <w:r>
        <w:t>Fine Hearing operational checklist</w:t>
      </w:r>
    </w:p>
    <w:p w14:paraId="3594F313" w14:textId="77777777" w:rsidR="00B5078E" w:rsidRDefault="00670921">
      <w:r>
        <w:t>☐</w:t>
      </w:r>
      <w:r>
        <w:t xml:space="preserve"> Board </w:t>
      </w:r>
      <w:r>
        <w:t>action and proposed fine verified.</w:t>
      </w:r>
    </w:p>
    <w:p w14:paraId="2E3DF206" w14:textId="77777777" w:rsidR="00B5078E" w:rsidRDefault="00670921">
      <w:r>
        <w:t>☐</w:t>
      </w:r>
      <w:r>
        <w:t xml:space="preserve"> Eligible committee roster and calculated quorum verified.</w:t>
      </w:r>
    </w:p>
    <w:p w14:paraId="197AAD05" w14:textId="77777777" w:rsidR="00B5078E" w:rsidRDefault="00670921">
      <w:r>
        <w:t>☐</w:t>
      </w:r>
      <w:r>
        <w:t xml:space="preserve"> Individual hearing notices and delivery proof verified.</w:t>
      </w:r>
    </w:p>
    <w:p w14:paraId="124C4E51" w14:textId="77777777" w:rsidR="00B5078E" w:rsidRDefault="00670921">
      <w:r>
        <w:t>☐</w:t>
      </w:r>
      <w:r>
        <w:t xml:space="preserve"> Cure and prohibited-fine checks completed.</w:t>
      </w:r>
    </w:p>
    <w:p w14:paraId="1465476E" w14:textId="77777777" w:rsidR="00B5078E" w:rsidRDefault="00670921">
      <w:r>
        <w:t>☐</w:t>
      </w:r>
      <w:r>
        <w:t xml:space="preserve"> Actual testimony, vote, findings and disposition reconci</w:t>
      </w:r>
      <w:r>
        <w:t>led.</w:t>
      </w:r>
    </w:p>
    <w:p w14:paraId="0C71FDD0" w14:textId="77777777" w:rsidR="00B5078E" w:rsidRDefault="00670921">
      <w:r>
        <w:t>☐</w:t>
      </w:r>
      <w:r>
        <w:t xml:space="preserve"> Written findings scheduled within 7 days; payment date checked against delivery.</w:t>
      </w:r>
    </w:p>
    <w:p w14:paraId="0C22C68B" w14:textId="77777777" w:rsidR="00B5078E" w:rsidRDefault="00670921">
      <w:r>
        <w:t>☐</w:t>
      </w:r>
      <w:r>
        <w:t xml:space="preserve"> Member and Board letters, records and accounting tasks assigned.</w:t>
      </w:r>
    </w:p>
    <w:p w14:paraId="2D277BE5" w14:textId="77777777" w:rsidR="00B5078E" w:rsidRDefault="00B5078E"/>
    <w:p w14:paraId="5EC8B8E9" w14:textId="77777777" w:rsidR="00B5078E" w:rsidRDefault="00670921">
      <w:pPr>
        <w:pStyle w:val="Heading2"/>
      </w:pPr>
      <w:r>
        <w:t>Open concerns</w:t>
      </w:r>
    </w:p>
    <w:p w14:paraId="556AAFBD" w14:textId="77777777" w:rsidR="00B5078E" w:rsidRDefault="00670921">
      <w:r>
        <w:t>☐</w:t>
      </w:r>
      <w:r>
        <w:t xml:space="preserve"> [Source conflict, missing verification or issue requiring manager review; </w:t>
      </w:r>
      <w:r>
        <w:t>delete unused entries.]</w:t>
      </w:r>
    </w:p>
    <w:p w14:paraId="78E4D17B" w14:textId="77777777" w:rsidR="00B5078E" w:rsidRDefault="00670921">
      <w:r>
        <w:t>☐</w:t>
      </w:r>
      <w:r>
        <w:t xml:space="preserve"> [Access, delivery, cure, vote, amount or deadline concern.]</w:t>
      </w:r>
    </w:p>
    <w:p w14:paraId="7D454421" w14:textId="77777777" w:rsidR="00B5078E" w:rsidRDefault="00B5078E"/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7920"/>
        <w:gridCol w:w="2880"/>
      </w:tblGrid>
      <w:tr w:rsidR="00B5078E" w14:paraId="5651E994" w14:textId="77777777">
        <w:tc>
          <w:tcPr>
            <w:tcW w:w="10800" w:type="dxa"/>
            <w:gridSpan w:val="2"/>
          </w:tcPr>
          <w:p w14:paraId="6553AE48" w14:textId="77777777" w:rsidR="00B5078E" w:rsidRDefault="00670921">
            <w:r>
              <w:rPr>
                <w:b/>
              </w:rPr>
              <w:t>Table Items for Next Agenda</w:t>
            </w:r>
          </w:p>
        </w:tc>
      </w:tr>
      <w:tr w:rsidR="00B5078E" w14:paraId="4743DFC2" w14:textId="77777777">
        <w:trPr>
          <w:cantSplit/>
          <w:tblHeader/>
        </w:trPr>
        <w:tc>
          <w:tcPr>
            <w:tcW w:w="7920" w:type="dxa"/>
            <w:shd w:val="clear" w:color="auto" w:fill="DBE8F0"/>
            <w:vAlign w:val="center"/>
          </w:tcPr>
          <w:p w14:paraId="1F7AC269" w14:textId="77777777" w:rsidR="00B5078E" w:rsidRDefault="00670921">
            <w:pPr>
              <w:spacing w:before="40" w:after="40" w:line="240" w:lineRule="auto"/>
            </w:pPr>
            <w:r>
              <w:rPr>
                <w:b/>
              </w:rPr>
              <w:t>Item</w:t>
            </w:r>
          </w:p>
        </w:tc>
        <w:tc>
          <w:tcPr>
            <w:tcW w:w="2880" w:type="dxa"/>
            <w:shd w:val="clear" w:color="auto" w:fill="DBE8F0"/>
            <w:vAlign w:val="center"/>
          </w:tcPr>
          <w:p w14:paraId="43810259" w14:textId="77777777" w:rsidR="00B5078E" w:rsidRDefault="00670921">
            <w:pPr>
              <w:spacing w:before="40" w:after="40" w:line="240" w:lineRule="auto"/>
            </w:pPr>
            <w:r>
              <w:rPr>
                <w:b/>
              </w:rPr>
              <w:t>Person Responsible</w:t>
            </w:r>
          </w:p>
        </w:tc>
      </w:tr>
      <w:tr w:rsidR="00B5078E" w14:paraId="1147A247" w14:textId="77777777">
        <w:trPr>
          <w:cantSplit/>
        </w:trPr>
        <w:tc>
          <w:tcPr>
            <w:tcW w:w="7920" w:type="dxa"/>
            <w:vAlign w:val="center"/>
          </w:tcPr>
          <w:p w14:paraId="11EBDDA3" w14:textId="77777777" w:rsidR="00B5078E" w:rsidRDefault="00670921">
            <w:pPr>
              <w:spacing w:before="40" w:after="40" w:line="240" w:lineRule="auto"/>
            </w:pPr>
            <w:r>
              <w:t>[Item or None]</w:t>
            </w:r>
          </w:p>
        </w:tc>
        <w:tc>
          <w:tcPr>
            <w:tcW w:w="2880" w:type="dxa"/>
            <w:vAlign w:val="center"/>
          </w:tcPr>
          <w:p w14:paraId="20A2669F" w14:textId="77777777" w:rsidR="00B5078E" w:rsidRDefault="00670921">
            <w:pPr>
              <w:spacing w:before="40" w:after="40" w:line="240" w:lineRule="auto"/>
            </w:pPr>
            <w:r>
              <w:t>[Name or Not Assigned]</w:t>
            </w:r>
          </w:p>
        </w:tc>
      </w:tr>
    </w:tbl>
    <w:p w14:paraId="04294055" w14:textId="77777777" w:rsidR="00B5078E" w:rsidRDefault="00B5078E"/>
    <w:tbl>
      <w:tblPr>
        <w:tblW w:w="1080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5" w:type="dxa"/>
          <w:left w:w="95" w:type="dxa"/>
          <w:bottom w:w="65" w:type="dxa"/>
          <w:right w:w="95" w:type="dxa"/>
        </w:tblCellMar>
        <w:tblLook w:val="04A0" w:firstRow="1" w:lastRow="0" w:firstColumn="1" w:lastColumn="0" w:noHBand="0" w:noVBand="1"/>
      </w:tblPr>
      <w:tblGrid>
        <w:gridCol w:w="7920"/>
        <w:gridCol w:w="2880"/>
      </w:tblGrid>
      <w:tr w:rsidR="00B5078E" w14:paraId="34505113" w14:textId="77777777">
        <w:tc>
          <w:tcPr>
            <w:tcW w:w="10800" w:type="dxa"/>
            <w:gridSpan w:val="2"/>
          </w:tcPr>
          <w:p w14:paraId="3D95BBBF" w14:textId="77777777" w:rsidR="00B5078E" w:rsidRDefault="00670921">
            <w:r>
              <w:rPr>
                <w:b/>
              </w:rPr>
              <w:t>Tasks</w:t>
            </w:r>
          </w:p>
        </w:tc>
      </w:tr>
      <w:tr w:rsidR="00B5078E" w14:paraId="51DDC614" w14:textId="77777777">
        <w:trPr>
          <w:cantSplit/>
          <w:tblHeader/>
        </w:trPr>
        <w:tc>
          <w:tcPr>
            <w:tcW w:w="7920" w:type="dxa"/>
            <w:shd w:val="clear" w:color="auto" w:fill="DBE8F0"/>
            <w:vAlign w:val="center"/>
          </w:tcPr>
          <w:p w14:paraId="084312B5" w14:textId="77777777" w:rsidR="00B5078E" w:rsidRDefault="00670921">
            <w:pPr>
              <w:spacing w:before="40" w:after="40" w:line="240" w:lineRule="auto"/>
            </w:pPr>
            <w:r>
              <w:rPr>
                <w:b/>
              </w:rPr>
              <w:t>Task Description</w:t>
            </w:r>
          </w:p>
        </w:tc>
        <w:tc>
          <w:tcPr>
            <w:tcW w:w="2880" w:type="dxa"/>
            <w:shd w:val="clear" w:color="auto" w:fill="DBE8F0"/>
            <w:vAlign w:val="center"/>
          </w:tcPr>
          <w:p w14:paraId="10316434" w14:textId="77777777" w:rsidR="00B5078E" w:rsidRDefault="00670921">
            <w:pPr>
              <w:spacing w:before="40" w:after="40" w:line="240" w:lineRule="auto"/>
            </w:pPr>
            <w:r>
              <w:rPr>
                <w:b/>
              </w:rPr>
              <w:t>Person</w:t>
            </w:r>
          </w:p>
        </w:tc>
      </w:tr>
      <w:tr w:rsidR="00B5078E" w14:paraId="6A72662E" w14:textId="77777777">
        <w:trPr>
          <w:cantSplit/>
        </w:trPr>
        <w:tc>
          <w:tcPr>
            <w:tcW w:w="7920" w:type="dxa"/>
            <w:vAlign w:val="center"/>
          </w:tcPr>
          <w:p w14:paraId="4404C708" w14:textId="77777777" w:rsidR="00B5078E" w:rsidRDefault="00670921">
            <w:pPr>
              <w:spacing w:before="40" w:after="40" w:line="240" w:lineRule="auto"/>
            </w:pPr>
            <w:r>
              <w:t>Update VMS/Smartweb Violation Status</w:t>
            </w:r>
          </w:p>
        </w:tc>
        <w:tc>
          <w:tcPr>
            <w:tcW w:w="2880" w:type="dxa"/>
            <w:vAlign w:val="center"/>
          </w:tcPr>
          <w:p w14:paraId="0654489D" w14:textId="77777777" w:rsidR="00B5078E" w:rsidRDefault="00670921">
            <w:pPr>
              <w:spacing w:before="40" w:after="40" w:line="240" w:lineRule="auto"/>
            </w:pPr>
            <w:r>
              <w:t>Property Manager</w:t>
            </w:r>
          </w:p>
        </w:tc>
      </w:tr>
      <w:tr w:rsidR="00B5078E" w14:paraId="3EF3DA18" w14:textId="77777777">
        <w:trPr>
          <w:cantSplit/>
        </w:trPr>
        <w:tc>
          <w:tcPr>
            <w:tcW w:w="7920" w:type="dxa"/>
            <w:vAlign w:val="center"/>
          </w:tcPr>
          <w:p w14:paraId="41C6E6ED" w14:textId="77777777" w:rsidR="00B5078E" w:rsidRDefault="00670921">
            <w:pPr>
              <w:spacing w:before="40" w:after="40" w:line="240" w:lineRule="auto"/>
            </w:pPr>
            <w:r>
              <w:t>Prepare/Remit/Upload Meeting Minutes</w:t>
            </w:r>
          </w:p>
        </w:tc>
        <w:tc>
          <w:tcPr>
            <w:tcW w:w="2880" w:type="dxa"/>
            <w:vAlign w:val="center"/>
          </w:tcPr>
          <w:p w14:paraId="0695E160" w14:textId="77777777" w:rsidR="00B5078E" w:rsidRDefault="00670921">
            <w:pPr>
              <w:spacing w:before="40" w:after="40" w:line="240" w:lineRule="auto"/>
            </w:pPr>
            <w:r>
              <w:t>Property Manager</w:t>
            </w:r>
          </w:p>
        </w:tc>
      </w:tr>
      <w:tr w:rsidR="00B5078E" w14:paraId="2210DE9C" w14:textId="77777777">
        <w:trPr>
          <w:cantSplit/>
        </w:trPr>
        <w:tc>
          <w:tcPr>
            <w:tcW w:w="7920" w:type="dxa"/>
            <w:vAlign w:val="center"/>
          </w:tcPr>
          <w:p w14:paraId="2C02A9BB" w14:textId="77777777" w:rsidR="00B5078E" w:rsidRDefault="00670921">
            <w:pPr>
              <w:spacing w:before="40" w:after="40" w:line="240" w:lineRule="auto"/>
            </w:pPr>
            <w:r>
              <w:t>[Levy exact authorized fine $___ or no-post/adjustment instruction]</w:t>
            </w:r>
          </w:p>
        </w:tc>
        <w:tc>
          <w:tcPr>
            <w:tcW w:w="2880" w:type="dxa"/>
            <w:vAlign w:val="center"/>
          </w:tcPr>
          <w:p w14:paraId="7D362AB2" w14:textId="77777777" w:rsidR="00B5078E" w:rsidRDefault="00670921">
            <w:pPr>
              <w:spacing w:before="40" w:after="40" w:line="240" w:lineRule="auto"/>
            </w:pPr>
            <w:r>
              <w:t>Accounting</w:t>
            </w:r>
          </w:p>
        </w:tc>
      </w:tr>
    </w:tbl>
    <w:p w14:paraId="7C38C888" w14:textId="77777777" w:rsidR="00B5078E" w:rsidRDefault="00B5078E"/>
    <w:sectPr w:rsidR="00B5078E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288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76393" w14:textId="77777777" w:rsidR="00000000" w:rsidRDefault="00670921">
      <w:pPr>
        <w:spacing w:after="0" w:line="240" w:lineRule="auto"/>
      </w:pPr>
      <w:r>
        <w:separator/>
      </w:r>
    </w:p>
  </w:endnote>
  <w:endnote w:type="continuationSeparator" w:id="0">
    <w:p w14:paraId="11727E5C" w14:textId="77777777" w:rsidR="00000000" w:rsidRDefault="00670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0ED0" w14:textId="77777777" w:rsidR="00670921" w:rsidRDefault="006709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CC2B6" w14:textId="77777777" w:rsidR="00B5078E" w:rsidRDefault="00670921">
    <w:pPr>
      <w:tabs>
        <w:tab w:val="center" w:pos="5400"/>
        <w:tab w:val="right" w:pos="10800"/>
      </w:tabs>
      <w:spacing w:after="0"/>
    </w:pPr>
    <w:r>
      <w:rPr>
        <w:sz w:val="16"/>
      </w:rPr>
      <w:tab/>
      <w:t>2026.09.29 myHomeSpot.com CCR Enforcement Training</w:t>
    </w:r>
    <w:r>
      <w:rPr>
        <w:sz w:val="16"/>
      </w:rPr>
      <w:tab/>
      <w:t xml:space="preserve">Page </w:t>
    </w:r>
    <w:r>
      <w:fldChar w:fldCharType="begin"/>
    </w:r>
    <w:r>
      <w:instrText>PAGE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of </w:t>
    </w:r>
    <w:r>
      <w:fldChar w:fldCharType="begin"/>
    </w:r>
    <w:r>
      <w:instrText>NUMPAGES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483E9" w14:textId="77777777" w:rsidR="00670921" w:rsidRDefault="006709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A7504" w14:textId="77777777" w:rsidR="00000000" w:rsidRDefault="00670921">
      <w:pPr>
        <w:spacing w:after="0" w:line="240" w:lineRule="auto"/>
      </w:pPr>
      <w:r>
        <w:separator/>
      </w:r>
    </w:p>
  </w:footnote>
  <w:footnote w:type="continuationSeparator" w:id="0">
    <w:p w14:paraId="05B300A1" w14:textId="77777777" w:rsidR="00000000" w:rsidRDefault="00670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3DDC8" w14:textId="77777777" w:rsidR="00670921" w:rsidRDefault="006709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61ABB" w14:textId="77777777" w:rsidR="00670921" w:rsidRDefault="006709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D8B6F" w14:textId="77777777" w:rsidR="00670921" w:rsidRDefault="006709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70921"/>
    <w:rsid w:val="00AA1D8D"/>
    <w:rsid w:val="00B47730"/>
    <w:rsid w:val="00B5078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AE77F8"/>
  <w14:defaultImageDpi w14:val="300"/>
  <w15:docId w15:val="{F2C9C37F-2457-406F-8740-7F718296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meeting summary</dc:title>
  <dc:subject/>
  <dc:creator>myHomeSpot.com</dc:creator>
  <cp:keywords/>
  <dc:description>generated by python-docx</dc:description>
  <cp:lastModifiedBy>Glenn Dorsey</cp:lastModifiedBy>
  <cp:revision>2</cp:revision>
  <dcterms:created xsi:type="dcterms:W3CDTF">2013-12-23T23:15:00Z</dcterms:created>
  <dcterms:modified xsi:type="dcterms:W3CDTF">2026-09-29T21:38:00Z</dcterms:modified>
  <cp:category/>
</cp:coreProperties>
</file>