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71ADB" w14:textId="77777777" w:rsidR="00005F2F" w:rsidRDefault="000E370D">
      <w:r>
        <w:rPr>
          <w:b/>
        </w:rPr>
        <w:t>F11  |  DUPLICATE CASE BLOCKS AS NEEDED</w:t>
      </w:r>
    </w:p>
    <w:p w14:paraId="68EE1FCB" w14:textId="77777777" w:rsidR="00005F2F" w:rsidRDefault="000E370D">
      <w:r>
        <w:rPr>
          <w:b/>
        </w:rPr>
        <w:t>Draft meeting minutes</w:t>
      </w:r>
    </w:p>
    <w:p w14:paraId="12469F97" w14:textId="77777777" w:rsidR="00005F2F" w:rsidRDefault="000E370D">
      <w:pPr>
        <w:jc w:val="center"/>
      </w:pPr>
      <w:r>
        <w:rPr>
          <w:b/>
          <w:sz w:val="24"/>
        </w:rPr>
        <w:t>[ASSOCIATION LEGAL NAME]</w:t>
      </w:r>
    </w:p>
    <w:p w14:paraId="3A652C76" w14:textId="77777777" w:rsidR="00005F2F" w:rsidRDefault="000E370D">
      <w:r>
        <w:rPr>
          <w:b/>
        </w:rPr>
        <w:t>DRAFT MEETING MINUTES - MUST BE APPROVED IN NEXT MEETING TO BE CONSIDERED TRUE AND CORRECT</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005F2F" w14:paraId="4D807171" w14:textId="77777777">
        <w:trPr>
          <w:cantSplit/>
          <w:tblHeader/>
        </w:trPr>
        <w:tc>
          <w:tcPr>
            <w:tcW w:w="2376" w:type="dxa"/>
            <w:shd w:val="clear" w:color="auto" w:fill="DBE8F0"/>
            <w:vAlign w:val="center"/>
          </w:tcPr>
          <w:p w14:paraId="56678514" w14:textId="77777777" w:rsidR="00005F2F" w:rsidRDefault="000E370D">
            <w:pPr>
              <w:spacing w:before="40" w:after="40" w:line="240" w:lineRule="auto"/>
            </w:pPr>
            <w:r>
              <w:rPr>
                <w:b/>
              </w:rPr>
              <w:t>Field</w:t>
            </w:r>
          </w:p>
        </w:tc>
        <w:tc>
          <w:tcPr>
            <w:tcW w:w="8424" w:type="dxa"/>
            <w:shd w:val="clear" w:color="auto" w:fill="DBE8F0"/>
            <w:vAlign w:val="center"/>
          </w:tcPr>
          <w:p w14:paraId="5C6944C7" w14:textId="77777777" w:rsidR="00005F2F" w:rsidRDefault="000E370D">
            <w:pPr>
              <w:spacing w:before="40" w:after="40" w:line="240" w:lineRule="auto"/>
            </w:pPr>
            <w:r>
              <w:rPr>
                <w:b/>
              </w:rPr>
              <w:t>Information</w:t>
            </w:r>
          </w:p>
        </w:tc>
      </w:tr>
      <w:tr w:rsidR="00005F2F" w14:paraId="72AC0B1A" w14:textId="77777777">
        <w:trPr>
          <w:cantSplit/>
        </w:trPr>
        <w:tc>
          <w:tcPr>
            <w:tcW w:w="2376" w:type="dxa"/>
            <w:vAlign w:val="center"/>
          </w:tcPr>
          <w:p w14:paraId="538CCC26" w14:textId="77777777" w:rsidR="00005F2F" w:rsidRDefault="000E370D">
            <w:pPr>
              <w:spacing w:before="40" w:after="40" w:line="240" w:lineRule="auto"/>
            </w:pPr>
            <w:r>
              <w:t>Meeting Type</w:t>
            </w:r>
          </w:p>
        </w:tc>
        <w:tc>
          <w:tcPr>
            <w:tcW w:w="8424" w:type="dxa"/>
            <w:vAlign w:val="center"/>
          </w:tcPr>
          <w:p w14:paraId="5B80AE50" w14:textId="77777777" w:rsidR="00005F2F" w:rsidRDefault="000E370D">
            <w:pPr>
              <w:spacing w:before="40" w:after="40" w:line="240" w:lineRule="auto"/>
            </w:pPr>
            <w:r>
              <w:t>Committee - Fine Hearing</w:t>
            </w:r>
          </w:p>
        </w:tc>
      </w:tr>
      <w:tr w:rsidR="00005F2F" w14:paraId="24E12EFD" w14:textId="77777777">
        <w:trPr>
          <w:cantSplit/>
        </w:trPr>
        <w:tc>
          <w:tcPr>
            <w:tcW w:w="2376" w:type="dxa"/>
            <w:vAlign w:val="center"/>
          </w:tcPr>
          <w:p w14:paraId="4D32CEB1" w14:textId="77777777" w:rsidR="00005F2F" w:rsidRDefault="000E370D">
            <w:pPr>
              <w:spacing w:before="40" w:after="40" w:line="240" w:lineRule="auto"/>
            </w:pPr>
            <w:r>
              <w:t xml:space="preserve">Scheduled Date / </w:t>
            </w:r>
            <w:r>
              <w:t>Time</w:t>
            </w:r>
          </w:p>
        </w:tc>
        <w:tc>
          <w:tcPr>
            <w:tcW w:w="8424" w:type="dxa"/>
            <w:vAlign w:val="center"/>
          </w:tcPr>
          <w:p w14:paraId="31304C05" w14:textId="77777777" w:rsidR="00005F2F" w:rsidRDefault="000E370D">
            <w:pPr>
              <w:spacing w:before="40" w:after="40" w:line="240" w:lineRule="auto"/>
            </w:pPr>
            <w:r>
              <w:t>[Date, time and zone]</w:t>
            </w:r>
          </w:p>
        </w:tc>
      </w:tr>
      <w:tr w:rsidR="00005F2F" w14:paraId="746EA5D5" w14:textId="77777777">
        <w:trPr>
          <w:cantSplit/>
        </w:trPr>
        <w:tc>
          <w:tcPr>
            <w:tcW w:w="2376" w:type="dxa"/>
            <w:vAlign w:val="center"/>
          </w:tcPr>
          <w:p w14:paraId="6DD46B36" w14:textId="77777777" w:rsidR="00005F2F" w:rsidRDefault="000E370D">
            <w:pPr>
              <w:spacing w:before="40" w:after="40" w:line="240" w:lineRule="auto"/>
            </w:pPr>
            <w:r>
              <w:t>Physical Location</w:t>
            </w:r>
          </w:p>
        </w:tc>
        <w:tc>
          <w:tcPr>
            <w:tcW w:w="8424" w:type="dxa"/>
            <w:vAlign w:val="center"/>
          </w:tcPr>
          <w:p w14:paraId="0921E584" w14:textId="77777777" w:rsidR="00005F2F" w:rsidRDefault="000E370D">
            <w:pPr>
              <w:spacing w:before="40" w:after="40" w:line="240" w:lineRule="auto"/>
            </w:pPr>
            <w:r>
              <w:t>[Full street address and room]</w:t>
            </w:r>
          </w:p>
        </w:tc>
      </w:tr>
      <w:tr w:rsidR="00005F2F" w14:paraId="3780B7A6" w14:textId="77777777">
        <w:trPr>
          <w:cantSplit/>
        </w:trPr>
        <w:tc>
          <w:tcPr>
            <w:tcW w:w="2376" w:type="dxa"/>
            <w:vAlign w:val="center"/>
          </w:tcPr>
          <w:p w14:paraId="53DCD503" w14:textId="77777777" w:rsidR="00005F2F" w:rsidRDefault="000E370D">
            <w:pPr>
              <w:spacing w:before="40" w:after="40" w:line="240" w:lineRule="auto"/>
            </w:pPr>
            <w:r>
              <w:t>Online</w:t>
            </w:r>
          </w:p>
        </w:tc>
        <w:tc>
          <w:tcPr>
            <w:tcW w:w="8424" w:type="dxa"/>
            <w:vAlign w:val="center"/>
          </w:tcPr>
          <w:p w14:paraId="59E4BF03" w14:textId="77777777" w:rsidR="00005F2F" w:rsidRDefault="000E370D">
            <w:pPr>
              <w:spacing w:before="40" w:after="40" w:line="240" w:lineRule="auto"/>
            </w:pPr>
            <w:r>
              <w:t>[Full URL, meeting ID, passcode, or None if unavailable]</w:t>
            </w:r>
          </w:p>
        </w:tc>
      </w:tr>
      <w:tr w:rsidR="00005F2F" w14:paraId="7200E021" w14:textId="77777777">
        <w:trPr>
          <w:cantSplit/>
        </w:trPr>
        <w:tc>
          <w:tcPr>
            <w:tcW w:w="2376" w:type="dxa"/>
            <w:vAlign w:val="center"/>
          </w:tcPr>
          <w:p w14:paraId="601221D0" w14:textId="77777777" w:rsidR="00005F2F" w:rsidRDefault="000E370D">
            <w:pPr>
              <w:spacing w:before="40" w:after="40" w:line="240" w:lineRule="auto"/>
            </w:pPr>
            <w:r>
              <w:t>Telephone</w:t>
            </w:r>
          </w:p>
        </w:tc>
        <w:tc>
          <w:tcPr>
            <w:tcW w:w="8424" w:type="dxa"/>
            <w:vAlign w:val="center"/>
          </w:tcPr>
          <w:p w14:paraId="32A7FF7B" w14:textId="77777777" w:rsidR="00005F2F" w:rsidRDefault="000E370D">
            <w:pPr>
              <w:spacing w:before="40" w:after="40" w:line="240" w:lineRule="auto"/>
            </w:pPr>
            <w:r>
              <w:t>[Number, meeting/access ID, passcode, or None if unavailable]</w:t>
            </w:r>
          </w:p>
        </w:tc>
      </w:tr>
    </w:tbl>
    <w:p w14:paraId="26A35903" w14:textId="77777777" w:rsidR="00005F2F" w:rsidRDefault="00005F2F"/>
    <w:p w14:paraId="639A87DA" w14:textId="77777777" w:rsidR="00005F2F" w:rsidRDefault="00005F2F"/>
    <w:p w14:paraId="3A5AA624" w14:textId="77777777" w:rsidR="00005F2F" w:rsidRDefault="000E370D">
      <w:r>
        <w:t>[State that the meeting notice was rea</w:t>
      </w:r>
      <w:r>
        <w:t>d aloud only if it occurred.] [P] of [N] eligible committee members participated; under [verified rule], [Q] were required and a quorum [was/was not] obtained. [If obtained: actual call-to-order time.] If no quorum, use: No quorum was obtained and this mee</w:t>
      </w:r>
      <w:r>
        <w:t>ting cannot be called to order accordingly.</w:t>
      </w:r>
    </w:p>
    <w:p w14:paraId="42A474CA" w14:textId="77777777" w:rsidR="00005F2F" w:rsidRDefault="000E370D">
      <w:r>
        <w:t>Committee Members Present: [Every participating member; Chairperson only if established]</w:t>
      </w:r>
      <w:r>
        <w:br/>
        <w:t>Committee Members Absent: [Every absent member or None]</w:t>
      </w:r>
      <w:r>
        <w:br/>
        <w:t>Management Representative Present: [One name or None]</w:t>
      </w:r>
      <w:r>
        <w:br/>
        <w:t>Others Presen</w:t>
      </w:r>
      <w:r>
        <w:t>t: [Names grouped by owner, representative, attorney, tenant or guest; property if available]</w:t>
      </w:r>
    </w:p>
    <w:p w14:paraId="3A214EB0" w14:textId="77777777" w:rsidR="00005F2F" w:rsidRDefault="00005F2F"/>
    <w:p w14:paraId="2AD47F98" w14:textId="77777777" w:rsidR="00005F2F" w:rsidRDefault="000E370D">
      <w:r>
        <w:rPr>
          <w:b/>
        </w:rPr>
        <w:t>Case #[number] - [property address] ([owner name(s)]) - [concise incident summary]</w:t>
      </w:r>
    </w:p>
    <w:p w14:paraId="352FB2E6" w14:textId="77777777" w:rsidR="00005F2F" w:rsidRDefault="000E370D">
      <w:r>
        <w:t xml:space="preserve">Record owners: [Each name, present/absent]. Attending on behalf of </w:t>
      </w:r>
      <w:r>
        <w:t>owner: [Name, relationship and owner represented, or None].</w:t>
      </w:r>
    </w:p>
    <w:p w14:paraId="01EF02BE" w14:textId="77777777" w:rsidR="00005F2F" w:rsidRDefault="000E370D">
      <w:r>
        <w:t>Background: [Incident and notice dates; alleged conduct; governing provision; Board fine date, amount and basis; unavailable facts identified.]</w:t>
      </w:r>
    </w:p>
    <w:p w14:paraId="4948D6B0" w14:textId="77777777" w:rsidR="00005F2F" w:rsidRDefault="000E370D">
      <w:r>
        <w:t xml:space="preserve">Owner Testimony: [Material statements and evidence, </w:t>
      </w:r>
      <w:r>
        <w:t>or absence/no testimony.]</w:t>
      </w:r>
    </w:p>
    <w:p w14:paraId="0A610977" w14:textId="77777777" w:rsidR="00005F2F" w:rsidRDefault="000E370D">
      <w:r>
        <w:t>Committee Discussion: [Material deliberation, evidence, cure facts and reasons.]</w:t>
      </w:r>
    </w:p>
    <w:p w14:paraId="47B4D772" w14:textId="77777777" w:rsidR="00005F2F" w:rsidRDefault="000E370D">
      <w:r>
        <w:t>Committee Decision (Fine Imposed $[amount]) OR Committee Decision (Fine Rejected): [Keep the accurate heading only; state any statutory nonimposition</w:t>
      </w:r>
      <w:r>
        <w:t xml:space="preserve"> or failed approval. Motion By, Second By, Vote and Result; individual votes; abstentions and reasons or Abstentions: None; findings, cure, delivery/payment requirements and follow-up.]</w:t>
      </w:r>
    </w:p>
    <w:p w14:paraId="7FBA199C" w14:textId="77777777" w:rsidR="00005F2F" w:rsidRDefault="00005F2F"/>
    <w:p w14:paraId="217576C7" w14:textId="77777777" w:rsidR="00005F2F" w:rsidRDefault="000E370D">
      <w:r>
        <w:t>[Repeat complete case blocks in continuous flow; do not manually page</w:t>
      </w:r>
      <w:r>
        <w:t>-break between cases.]</w:t>
      </w:r>
    </w:p>
    <w:p w14:paraId="325A6292" w14:textId="77777777" w:rsidR="00005F2F" w:rsidRDefault="000E370D">
      <w:r>
        <w:t>[Insert the closing content and tables below directly after the last case; the next library page is a reusable continuation, not a required break in live minutes.]</w:t>
      </w:r>
    </w:p>
    <w:p w14:paraId="5084504F" w14:textId="77777777" w:rsidR="00005F2F" w:rsidRDefault="000E370D">
      <w:r>
        <w:br w:type="page"/>
      </w:r>
    </w:p>
    <w:p w14:paraId="7F09B54C" w14:textId="77777777" w:rsidR="00005F2F" w:rsidRDefault="000E370D">
      <w:r>
        <w:rPr>
          <w:b/>
        </w:rPr>
        <w:lastRenderedPageBreak/>
        <w:t>F11  |  CONTINUATION CONTENT</w:t>
      </w:r>
    </w:p>
    <w:p w14:paraId="327D1334" w14:textId="77777777" w:rsidR="00005F2F" w:rsidRDefault="000E370D">
      <w:pPr>
        <w:pStyle w:val="Title"/>
      </w:pPr>
      <w:r>
        <w:t>Minutes closing and action tables</w:t>
      </w:r>
    </w:p>
    <w:p w14:paraId="03568FA1" w14:textId="77777777" w:rsidR="00005F2F" w:rsidRDefault="000E370D">
      <w:r>
        <w:t>When</w:t>
      </w:r>
      <w:r>
        <w:t xml:space="preserve"> you prepare the minutes with us, place this closing section directly after the case narratives. Use Calibri 10 pt, with the centered association name in 12 pt bold. Remove these preparation instructions.</w:t>
      </w:r>
    </w:p>
    <w:p w14:paraId="2AD0CFE2" w14:textId="77777777" w:rsidR="00005F2F" w:rsidRDefault="00005F2F"/>
    <w:p w14:paraId="27C3D404" w14:textId="77777777" w:rsidR="00005F2F" w:rsidRDefault="000E370D">
      <w:r>
        <w:t>Adjourned: [Actual time; motion/second/result if m</w:t>
      </w:r>
      <w:r>
        <w:t>ade]. Next meeting: [Date or To Be Determined].</w:t>
      </w:r>
    </w:p>
    <w:p w14:paraId="1EA958CC" w14:textId="77777777" w:rsidR="00005F2F" w:rsidRDefault="000E370D">
      <w:r>
        <w:t>Minutes Prepared By: [Name, exact title; state if preparer did not attend].</w:t>
      </w:r>
    </w:p>
    <w:p w14:paraId="61C05E8D" w14:textId="77777777" w:rsidR="00005F2F" w:rsidRDefault="00005F2F"/>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152"/>
        <w:gridCol w:w="2376"/>
        <w:gridCol w:w="1440"/>
        <w:gridCol w:w="1368"/>
        <w:gridCol w:w="1512"/>
        <w:gridCol w:w="1512"/>
        <w:gridCol w:w="1440"/>
      </w:tblGrid>
      <w:tr w:rsidR="00005F2F" w14:paraId="6D2CA589" w14:textId="77777777">
        <w:tc>
          <w:tcPr>
            <w:tcW w:w="10800" w:type="dxa"/>
            <w:gridSpan w:val="7"/>
          </w:tcPr>
          <w:p w14:paraId="2BF83C43" w14:textId="77777777" w:rsidR="00005F2F" w:rsidRDefault="000E370D">
            <w:r>
              <w:rPr>
                <w:b/>
              </w:rPr>
              <w:t>Resolution Summary</w:t>
            </w:r>
          </w:p>
        </w:tc>
      </w:tr>
      <w:tr w:rsidR="00005F2F" w14:paraId="0BD5A429" w14:textId="77777777">
        <w:trPr>
          <w:cantSplit/>
          <w:tblHeader/>
        </w:trPr>
        <w:tc>
          <w:tcPr>
            <w:tcW w:w="1152" w:type="dxa"/>
            <w:shd w:val="clear" w:color="auto" w:fill="DBE8F0"/>
            <w:vAlign w:val="center"/>
          </w:tcPr>
          <w:p w14:paraId="64D778BF" w14:textId="77777777" w:rsidR="00005F2F" w:rsidRDefault="000E370D">
            <w:pPr>
              <w:spacing w:before="40" w:after="40" w:line="240" w:lineRule="auto"/>
            </w:pPr>
            <w:r>
              <w:rPr>
                <w:b/>
              </w:rPr>
              <w:t>Motion Status</w:t>
            </w:r>
          </w:p>
        </w:tc>
        <w:tc>
          <w:tcPr>
            <w:tcW w:w="2376" w:type="dxa"/>
            <w:shd w:val="clear" w:color="auto" w:fill="DBE8F0"/>
            <w:vAlign w:val="center"/>
          </w:tcPr>
          <w:p w14:paraId="39401A85" w14:textId="77777777" w:rsidR="00005F2F" w:rsidRDefault="000E370D">
            <w:pPr>
              <w:spacing w:before="40" w:after="40" w:line="240" w:lineRule="auto"/>
            </w:pPr>
            <w:r>
              <w:rPr>
                <w:b/>
              </w:rPr>
              <w:t>Motion</w:t>
            </w:r>
          </w:p>
        </w:tc>
        <w:tc>
          <w:tcPr>
            <w:tcW w:w="1440" w:type="dxa"/>
            <w:shd w:val="clear" w:color="auto" w:fill="DBE8F0"/>
            <w:vAlign w:val="center"/>
          </w:tcPr>
          <w:p w14:paraId="6B461FB4" w14:textId="77777777" w:rsidR="00005F2F" w:rsidRDefault="000E370D">
            <w:pPr>
              <w:spacing w:before="40" w:after="40" w:line="240" w:lineRule="auto"/>
            </w:pPr>
            <w:r>
              <w:rPr>
                <w:b/>
              </w:rPr>
              <w:t>Author Name</w:t>
            </w:r>
          </w:p>
        </w:tc>
        <w:tc>
          <w:tcPr>
            <w:tcW w:w="1368" w:type="dxa"/>
            <w:shd w:val="clear" w:color="auto" w:fill="DBE8F0"/>
            <w:vAlign w:val="center"/>
          </w:tcPr>
          <w:p w14:paraId="7C3B2FDA" w14:textId="77777777" w:rsidR="00005F2F" w:rsidRDefault="000E370D">
            <w:pPr>
              <w:spacing w:before="40" w:after="40" w:line="240" w:lineRule="auto"/>
            </w:pPr>
            <w:r>
              <w:rPr>
                <w:b/>
              </w:rPr>
              <w:t>Second</w:t>
            </w:r>
          </w:p>
        </w:tc>
        <w:tc>
          <w:tcPr>
            <w:tcW w:w="1512" w:type="dxa"/>
            <w:shd w:val="clear" w:color="auto" w:fill="DBE8F0"/>
            <w:vAlign w:val="center"/>
          </w:tcPr>
          <w:p w14:paraId="05A7BAF4" w14:textId="77777777" w:rsidR="00005F2F" w:rsidRDefault="000E370D">
            <w:pPr>
              <w:spacing w:before="40" w:after="40" w:line="240" w:lineRule="auto"/>
            </w:pPr>
            <w:r>
              <w:rPr>
                <w:b/>
              </w:rPr>
              <w:t>Favor</w:t>
            </w:r>
          </w:p>
        </w:tc>
        <w:tc>
          <w:tcPr>
            <w:tcW w:w="1512" w:type="dxa"/>
            <w:shd w:val="clear" w:color="auto" w:fill="DBE8F0"/>
            <w:vAlign w:val="center"/>
          </w:tcPr>
          <w:p w14:paraId="0EBBE6C1" w14:textId="77777777" w:rsidR="00005F2F" w:rsidRDefault="000E370D">
            <w:pPr>
              <w:spacing w:before="40" w:after="40" w:line="240" w:lineRule="auto"/>
            </w:pPr>
            <w:r>
              <w:rPr>
                <w:b/>
              </w:rPr>
              <w:t>Against</w:t>
            </w:r>
          </w:p>
        </w:tc>
        <w:tc>
          <w:tcPr>
            <w:tcW w:w="1440" w:type="dxa"/>
            <w:shd w:val="clear" w:color="auto" w:fill="DBE8F0"/>
            <w:vAlign w:val="center"/>
          </w:tcPr>
          <w:p w14:paraId="599031DC" w14:textId="77777777" w:rsidR="00005F2F" w:rsidRDefault="000E370D">
            <w:pPr>
              <w:spacing w:before="40" w:after="40" w:line="240" w:lineRule="auto"/>
            </w:pPr>
            <w:r>
              <w:rPr>
                <w:b/>
              </w:rPr>
              <w:t>Abstain</w:t>
            </w:r>
          </w:p>
        </w:tc>
      </w:tr>
      <w:tr w:rsidR="00005F2F" w14:paraId="4646A660" w14:textId="77777777">
        <w:trPr>
          <w:cantSplit/>
        </w:trPr>
        <w:tc>
          <w:tcPr>
            <w:tcW w:w="1152" w:type="dxa"/>
            <w:vAlign w:val="center"/>
          </w:tcPr>
          <w:p w14:paraId="1E076734" w14:textId="77777777" w:rsidR="00005F2F" w:rsidRDefault="000E370D">
            <w:pPr>
              <w:spacing w:before="40" w:after="40" w:line="240" w:lineRule="auto"/>
            </w:pPr>
            <w:r>
              <w:t>[Approved / Failed]</w:t>
            </w:r>
          </w:p>
        </w:tc>
        <w:tc>
          <w:tcPr>
            <w:tcW w:w="2376" w:type="dxa"/>
            <w:vAlign w:val="center"/>
          </w:tcPr>
          <w:p w14:paraId="1D0EF31C" w14:textId="77777777" w:rsidR="00005F2F" w:rsidRDefault="000E370D">
            <w:pPr>
              <w:spacing w:before="40" w:after="40" w:line="240" w:lineRule="auto"/>
            </w:pPr>
            <w:r>
              <w:t>[Substantive motion]</w:t>
            </w:r>
          </w:p>
        </w:tc>
        <w:tc>
          <w:tcPr>
            <w:tcW w:w="1440" w:type="dxa"/>
            <w:vAlign w:val="center"/>
          </w:tcPr>
          <w:p w14:paraId="61913C02" w14:textId="77777777" w:rsidR="00005F2F" w:rsidRDefault="000E370D">
            <w:pPr>
              <w:spacing w:before="40" w:after="40" w:line="240" w:lineRule="auto"/>
            </w:pPr>
            <w:r>
              <w:t>[Last name or Not Stated]</w:t>
            </w:r>
          </w:p>
        </w:tc>
        <w:tc>
          <w:tcPr>
            <w:tcW w:w="1368" w:type="dxa"/>
            <w:vAlign w:val="center"/>
          </w:tcPr>
          <w:p w14:paraId="1BB7F378" w14:textId="77777777" w:rsidR="00005F2F" w:rsidRDefault="000E370D">
            <w:pPr>
              <w:spacing w:before="40" w:after="40" w:line="240" w:lineRule="auto"/>
            </w:pPr>
            <w:r>
              <w:t>[Last name or Not Stated]</w:t>
            </w:r>
          </w:p>
        </w:tc>
        <w:tc>
          <w:tcPr>
            <w:tcW w:w="1512" w:type="dxa"/>
            <w:vAlign w:val="center"/>
          </w:tcPr>
          <w:p w14:paraId="7B03F4CB" w14:textId="77777777" w:rsidR="00005F2F" w:rsidRDefault="000E370D">
            <w:pPr>
              <w:spacing w:before="40" w:after="40" w:line="240" w:lineRule="auto"/>
            </w:pPr>
            <w:r>
              <w:t>[Last names or None]</w:t>
            </w:r>
          </w:p>
        </w:tc>
        <w:tc>
          <w:tcPr>
            <w:tcW w:w="1512" w:type="dxa"/>
            <w:vAlign w:val="center"/>
          </w:tcPr>
          <w:p w14:paraId="61D30468" w14:textId="77777777" w:rsidR="00005F2F" w:rsidRDefault="000E370D">
            <w:pPr>
              <w:spacing w:before="40" w:after="40" w:line="240" w:lineRule="auto"/>
            </w:pPr>
            <w:r>
              <w:t>[Last names or None]</w:t>
            </w:r>
          </w:p>
        </w:tc>
        <w:tc>
          <w:tcPr>
            <w:tcW w:w="1440" w:type="dxa"/>
            <w:vAlign w:val="center"/>
          </w:tcPr>
          <w:p w14:paraId="775D02F0" w14:textId="77777777" w:rsidR="00005F2F" w:rsidRDefault="000E370D">
            <w:pPr>
              <w:spacing w:before="40" w:after="40" w:line="240" w:lineRule="auto"/>
            </w:pPr>
            <w:r>
              <w:t>[Last names or None]</w:t>
            </w:r>
          </w:p>
        </w:tc>
      </w:tr>
    </w:tbl>
    <w:p w14:paraId="1F698E03" w14:textId="77777777" w:rsidR="00005F2F" w:rsidRDefault="00005F2F"/>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0"/>
        <w:gridCol w:w="2880"/>
      </w:tblGrid>
      <w:tr w:rsidR="00005F2F" w14:paraId="70BEC4BE" w14:textId="77777777">
        <w:tc>
          <w:tcPr>
            <w:tcW w:w="10800" w:type="dxa"/>
            <w:gridSpan w:val="2"/>
          </w:tcPr>
          <w:p w14:paraId="2F79DA77" w14:textId="77777777" w:rsidR="00005F2F" w:rsidRDefault="000E370D">
            <w:r>
              <w:rPr>
                <w:b/>
              </w:rPr>
              <w:t>Table Items for Next Agenda</w:t>
            </w:r>
          </w:p>
        </w:tc>
      </w:tr>
      <w:tr w:rsidR="00005F2F" w14:paraId="24E5444F" w14:textId="77777777">
        <w:trPr>
          <w:cantSplit/>
          <w:tblHeader/>
        </w:trPr>
        <w:tc>
          <w:tcPr>
            <w:tcW w:w="7920" w:type="dxa"/>
            <w:shd w:val="clear" w:color="auto" w:fill="DBE8F0"/>
            <w:vAlign w:val="center"/>
          </w:tcPr>
          <w:p w14:paraId="618EB218" w14:textId="77777777" w:rsidR="00005F2F" w:rsidRDefault="000E370D">
            <w:pPr>
              <w:spacing w:before="40" w:after="40" w:line="240" w:lineRule="auto"/>
            </w:pPr>
            <w:r>
              <w:rPr>
                <w:b/>
              </w:rPr>
              <w:t>Item</w:t>
            </w:r>
          </w:p>
        </w:tc>
        <w:tc>
          <w:tcPr>
            <w:tcW w:w="2880" w:type="dxa"/>
            <w:shd w:val="clear" w:color="auto" w:fill="DBE8F0"/>
            <w:vAlign w:val="center"/>
          </w:tcPr>
          <w:p w14:paraId="3A533356" w14:textId="77777777" w:rsidR="00005F2F" w:rsidRDefault="000E370D">
            <w:pPr>
              <w:spacing w:before="40" w:after="40" w:line="240" w:lineRule="auto"/>
            </w:pPr>
            <w:r>
              <w:rPr>
                <w:b/>
              </w:rPr>
              <w:t>Person Responsible</w:t>
            </w:r>
          </w:p>
        </w:tc>
      </w:tr>
      <w:tr w:rsidR="00005F2F" w14:paraId="4F0BE89E" w14:textId="77777777">
        <w:trPr>
          <w:cantSplit/>
        </w:trPr>
        <w:tc>
          <w:tcPr>
            <w:tcW w:w="7920" w:type="dxa"/>
            <w:vAlign w:val="center"/>
          </w:tcPr>
          <w:p w14:paraId="0A7A4AEB" w14:textId="77777777" w:rsidR="00005F2F" w:rsidRDefault="000E370D">
            <w:pPr>
              <w:spacing w:before="40" w:after="40" w:line="240" w:lineRule="auto"/>
            </w:pPr>
            <w:r>
              <w:t>[Tabled or unaddressed planned item, or None]</w:t>
            </w:r>
          </w:p>
        </w:tc>
        <w:tc>
          <w:tcPr>
            <w:tcW w:w="2880" w:type="dxa"/>
            <w:vAlign w:val="center"/>
          </w:tcPr>
          <w:p w14:paraId="1098C00A" w14:textId="77777777" w:rsidR="00005F2F" w:rsidRDefault="000E370D">
            <w:pPr>
              <w:spacing w:before="40" w:after="40" w:line="240" w:lineRule="auto"/>
            </w:pPr>
            <w:r>
              <w:t>[Name or Not Assigned]</w:t>
            </w:r>
          </w:p>
        </w:tc>
      </w:tr>
    </w:tbl>
    <w:p w14:paraId="16E7DCF4" w14:textId="77777777" w:rsidR="00005F2F" w:rsidRDefault="00005F2F"/>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0"/>
        <w:gridCol w:w="2880"/>
      </w:tblGrid>
      <w:tr w:rsidR="00005F2F" w14:paraId="19AEFEC3" w14:textId="77777777">
        <w:tc>
          <w:tcPr>
            <w:tcW w:w="10800" w:type="dxa"/>
            <w:gridSpan w:val="2"/>
          </w:tcPr>
          <w:p w14:paraId="5814312A" w14:textId="77777777" w:rsidR="00005F2F" w:rsidRDefault="000E370D">
            <w:r>
              <w:rPr>
                <w:b/>
              </w:rPr>
              <w:t>Tasks</w:t>
            </w:r>
          </w:p>
        </w:tc>
      </w:tr>
      <w:tr w:rsidR="00005F2F" w14:paraId="67B7705B" w14:textId="77777777">
        <w:trPr>
          <w:cantSplit/>
          <w:tblHeader/>
        </w:trPr>
        <w:tc>
          <w:tcPr>
            <w:tcW w:w="7920" w:type="dxa"/>
            <w:shd w:val="clear" w:color="auto" w:fill="DBE8F0"/>
            <w:vAlign w:val="center"/>
          </w:tcPr>
          <w:p w14:paraId="697044E5" w14:textId="77777777" w:rsidR="00005F2F" w:rsidRDefault="000E370D">
            <w:pPr>
              <w:spacing w:before="40" w:after="40" w:line="240" w:lineRule="auto"/>
            </w:pPr>
            <w:r>
              <w:rPr>
                <w:b/>
              </w:rPr>
              <w:t>Task Description</w:t>
            </w:r>
          </w:p>
        </w:tc>
        <w:tc>
          <w:tcPr>
            <w:tcW w:w="2880" w:type="dxa"/>
            <w:shd w:val="clear" w:color="auto" w:fill="DBE8F0"/>
            <w:vAlign w:val="center"/>
          </w:tcPr>
          <w:p w14:paraId="130FFF07" w14:textId="77777777" w:rsidR="00005F2F" w:rsidRDefault="000E370D">
            <w:pPr>
              <w:spacing w:before="40" w:after="40" w:line="240" w:lineRule="auto"/>
            </w:pPr>
            <w:r>
              <w:rPr>
                <w:b/>
              </w:rPr>
              <w:t>Person</w:t>
            </w:r>
          </w:p>
        </w:tc>
      </w:tr>
      <w:tr w:rsidR="00005F2F" w14:paraId="464CD6CA" w14:textId="77777777">
        <w:trPr>
          <w:cantSplit/>
        </w:trPr>
        <w:tc>
          <w:tcPr>
            <w:tcW w:w="7920" w:type="dxa"/>
            <w:vAlign w:val="center"/>
          </w:tcPr>
          <w:p w14:paraId="035E3179" w14:textId="77777777" w:rsidR="00005F2F" w:rsidRDefault="000E370D">
            <w:pPr>
              <w:spacing w:before="40" w:after="40" w:line="240" w:lineRule="auto"/>
            </w:pPr>
            <w:r>
              <w:t>Update VMS/Smartweb Violation Status</w:t>
            </w:r>
          </w:p>
        </w:tc>
        <w:tc>
          <w:tcPr>
            <w:tcW w:w="2880" w:type="dxa"/>
            <w:vAlign w:val="center"/>
          </w:tcPr>
          <w:p w14:paraId="4F9C9D56" w14:textId="77777777" w:rsidR="00005F2F" w:rsidRDefault="000E370D">
            <w:pPr>
              <w:spacing w:before="40" w:after="40" w:line="240" w:lineRule="auto"/>
            </w:pPr>
            <w:r>
              <w:t>Property Manager</w:t>
            </w:r>
          </w:p>
        </w:tc>
      </w:tr>
      <w:tr w:rsidR="00005F2F" w14:paraId="4F365F3A" w14:textId="77777777">
        <w:trPr>
          <w:cantSplit/>
        </w:trPr>
        <w:tc>
          <w:tcPr>
            <w:tcW w:w="7920" w:type="dxa"/>
            <w:vAlign w:val="center"/>
          </w:tcPr>
          <w:p w14:paraId="0CD8E877" w14:textId="77777777" w:rsidR="00005F2F" w:rsidRDefault="000E370D">
            <w:pPr>
              <w:spacing w:before="40" w:after="40" w:line="240" w:lineRule="auto"/>
            </w:pPr>
            <w:r>
              <w:t>Prepare/Remit/Upload Meeting Minutes</w:t>
            </w:r>
          </w:p>
        </w:tc>
        <w:tc>
          <w:tcPr>
            <w:tcW w:w="2880" w:type="dxa"/>
            <w:vAlign w:val="center"/>
          </w:tcPr>
          <w:p w14:paraId="785AD1FA" w14:textId="77777777" w:rsidR="00005F2F" w:rsidRDefault="000E370D">
            <w:pPr>
              <w:spacing w:before="40" w:after="40" w:line="240" w:lineRule="auto"/>
            </w:pPr>
            <w:r>
              <w:t>Property Manager</w:t>
            </w:r>
          </w:p>
        </w:tc>
      </w:tr>
      <w:tr w:rsidR="00005F2F" w14:paraId="34863CC8" w14:textId="77777777">
        <w:trPr>
          <w:cantSplit/>
        </w:trPr>
        <w:tc>
          <w:tcPr>
            <w:tcW w:w="7920" w:type="dxa"/>
            <w:vAlign w:val="center"/>
          </w:tcPr>
          <w:p w14:paraId="73F01433" w14:textId="77777777" w:rsidR="00005F2F" w:rsidRDefault="000E370D">
            <w:pPr>
              <w:spacing w:before="40" w:after="40" w:line="240" w:lineRule="auto"/>
            </w:pPr>
            <w:r>
              <w:t>[If imposed: Levy exact fine $___; otherwise accurate no-post/adjustment task]</w:t>
            </w:r>
          </w:p>
        </w:tc>
        <w:tc>
          <w:tcPr>
            <w:tcW w:w="2880" w:type="dxa"/>
            <w:vAlign w:val="center"/>
          </w:tcPr>
          <w:p w14:paraId="5C43EA74" w14:textId="77777777" w:rsidR="00005F2F" w:rsidRDefault="000E370D">
            <w:pPr>
              <w:spacing w:before="40" w:after="40" w:line="240" w:lineRule="auto"/>
            </w:pPr>
            <w:r>
              <w:t>Accounting</w:t>
            </w:r>
          </w:p>
        </w:tc>
      </w:tr>
      <w:tr w:rsidR="00005F2F" w14:paraId="62548642" w14:textId="77777777">
        <w:trPr>
          <w:cantSplit/>
        </w:trPr>
        <w:tc>
          <w:tcPr>
            <w:tcW w:w="7920" w:type="dxa"/>
            <w:vAlign w:val="center"/>
          </w:tcPr>
          <w:p w14:paraId="1CD699ED" w14:textId="77777777" w:rsidR="00005F2F" w:rsidRDefault="000E370D">
            <w:pPr>
              <w:spacing w:before="40" w:after="40" w:line="240" w:lineRule="auto"/>
            </w:pPr>
            <w:r>
              <w:t xml:space="preserve">[Provide written </w:t>
            </w:r>
            <w:r>
              <w:t>findings and retain delivery proof]</w:t>
            </w:r>
          </w:p>
        </w:tc>
        <w:tc>
          <w:tcPr>
            <w:tcW w:w="2880" w:type="dxa"/>
            <w:vAlign w:val="center"/>
          </w:tcPr>
          <w:p w14:paraId="6FDBE7B2" w14:textId="77777777" w:rsidR="00005F2F" w:rsidRDefault="000E370D">
            <w:pPr>
              <w:spacing w:before="40" w:after="40" w:line="240" w:lineRule="auto"/>
            </w:pPr>
            <w:r>
              <w:t>[Responsible name]</w:t>
            </w:r>
          </w:p>
        </w:tc>
      </w:tr>
    </w:tbl>
    <w:p w14:paraId="5FAF6FB6" w14:textId="77777777" w:rsidR="00005F2F" w:rsidRDefault="00005F2F"/>
    <w:p w14:paraId="685D7BDF" w14:textId="77777777" w:rsidR="00005F2F" w:rsidRDefault="000E370D">
      <w:r>
        <w:t>Zoom recording: [Complete share URL and recording passcode if available, or state no recording]</w:t>
      </w:r>
    </w:p>
    <w:p w14:paraId="65660349" w14:textId="77777777" w:rsidR="00005F2F" w:rsidRDefault="000E370D">
      <w:pPr>
        <w:pStyle w:val="Heading2"/>
      </w:pPr>
      <w:r>
        <w:t>Exhibit index for actual meeting record</w:t>
      </w:r>
    </w:p>
    <w:p w14:paraId="1598E93B" w14:textId="77777777" w:rsidR="00005F2F" w:rsidRDefault="000E370D">
      <w:r>
        <w:t>[Exhibit A: available Zoom-generated summary.]</w:t>
      </w:r>
      <w:r>
        <w:br/>
        <w:t>[Exhibit B: avai</w:t>
      </w:r>
      <w:r>
        <w:t>lable complete timestamped Zoom transcript, including speaker labels and pre-meeting content.]</w:t>
      </w:r>
      <w:r>
        <w:br/>
        <w:t>[Letter attachments: selected member letter with findings attachment, Board report, and supplied notices.]</w:t>
      </w:r>
    </w:p>
    <w:p w14:paraId="26382A84" w14:textId="77777777" w:rsidR="00005F2F" w:rsidRDefault="000E370D">
      <w:r>
        <w:t>Label automated summaries/transcripts: Source material</w:t>
      </w:r>
      <w:r>
        <w:t xml:space="preserve"> that may contain automated errors and has not been adopted as the official minutes. Include every available item; do not fabricate missing exhibits. Use the recording for actual meeting facts and reconcile conflicts on the internal cover.</w:t>
      </w:r>
    </w:p>
    <w:p w14:paraId="53C3D8A0" w14:textId="77777777" w:rsidR="00005F2F" w:rsidRDefault="000E370D">
      <w:r>
        <w:t>Exclude an adjou</w:t>
      </w:r>
      <w:r>
        <w:t>rnment motion from the Resolution Summary. Identify each eligible vote accurately and preserve announced opposing votes and abstentions. Do not add minutes approval/signature lines.</w:t>
      </w:r>
    </w:p>
    <w:sectPr w:rsidR="00005F2F" w:rsidSect="0003461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6DAC1" w14:textId="77777777" w:rsidR="00000000" w:rsidRDefault="000E370D">
      <w:pPr>
        <w:spacing w:after="0" w:line="240" w:lineRule="auto"/>
      </w:pPr>
      <w:r>
        <w:separator/>
      </w:r>
    </w:p>
  </w:endnote>
  <w:endnote w:type="continuationSeparator" w:id="0">
    <w:p w14:paraId="67FA2CB8" w14:textId="77777777" w:rsidR="00000000" w:rsidRDefault="000E3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F64E" w14:textId="77777777" w:rsidR="000E370D" w:rsidRDefault="000E3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E2315" w14:textId="77777777" w:rsidR="00005F2F" w:rsidRDefault="000E370D">
    <w:pPr>
      <w:tabs>
        <w:tab w:val="center" w:pos="5400"/>
        <w:tab w:val="right" w:pos="10800"/>
      </w:tabs>
      <w:spacing w:after="0"/>
    </w:pPr>
    <w:r>
      <w:rPr>
        <w:sz w:val="16"/>
      </w:rPr>
      <w:tab/>
      <w:t xml:space="preserve">2026.09.29 myHomeSpot.com CCR Enforcement </w:t>
    </w:r>
    <w:r>
      <w:rPr>
        <w:sz w:val="16"/>
      </w:rPr>
      <w:t>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7A2D" w14:textId="77777777" w:rsidR="000E370D" w:rsidRDefault="000E3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67B1" w14:textId="77777777" w:rsidR="00000000" w:rsidRDefault="000E370D">
      <w:pPr>
        <w:spacing w:after="0" w:line="240" w:lineRule="auto"/>
      </w:pPr>
      <w:r>
        <w:separator/>
      </w:r>
    </w:p>
  </w:footnote>
  <w:footnote w:type="continuationSeparator" w:id="0">
    <w:p w14:paraId="5BDD985A" w14:textId="77777777" w:rsidR="00000000" w:rsidRDefault="000E3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3426" w14:textId="77777777" w:rsidR="000E370D" w:rsidRDefault="000E37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318D" w14:textId="77777777" w:rsidR="000E370D" w:rsidRDefault="000E37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FE24F" w14:textId="77777777" w:rsidR="000E370D" w:rsidRDefault="000E37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F2F"/>
    <w:rsid w:val="00034616"/>
    <w:rsid w:val="0006063C"/>
    <w:rsid w:val="000E370D"/>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A80E53"/>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