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8F522" w14:textId="77777777" w:rsidR="00AF194A" w:rsidRDefault="002A5A9B">
      <w:r>
        <w:rPr>
          <w:b/>
        </w:rPr>
        <w:t>F03  |  COMMUNITY NOTICE TEMPLATE</w:t>
      </w:r>
    </w:p>
    <w:p w14:paraId="3F70F105" w14:textId="77777777" w:rsidR="00AF194A" w:rsidRDefault="002A5A9B">
      <w:pPr>
        <w:pStyle w:val="Title"/>
      </w:pPr>
      <w:r>
        <w:t>Fine Committee meeting notice</w:t>
      </w:r>
    </w:p>
    <w:p w14:paraId="6ADB1439" w14:textId="77777777" w:rsidR="00AF194A" w:rsidRDefault="002A5A9B">
      <w:pPr>
        <w:jc w:val="center"/>
      </w:pPr>
      <w:r>
        <w:rPr>
          <w:b/>
          <w:sz w:val="24"/>
        </w:rPr>
        <w:t>[ASSOCIATION LEGAL NAME]</w:t>
      </w:r>
    </w:p>
    <w:p w14:paraId="71A3AC84" w14:textId="77777777" w:rsidR="00AF194A" w:rsidRDefault="002A5A9B">
      <w:r>
        <w:rPr>
          <w:b/>
        </w:rPr>
        <w:t>NOTICE OF COMMITTEE - FINE HEARING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2376"/>
        <w:gridCol w:w="8424"/>
      </w:tblGrid>
      <w:tr w:rsidR="00AF194A" w14:paraId="144060F4" w14:textId="77777777">
        <w:trPr>
          <w:cantSplit/>
          <w:tblHeader/>
        </w:trPr>
        <w:tc>
          <w:tcPr>
            <w:tcW w:w="2376" w:type="dxa"/>
            <w:shd w:val="clear" w:color="auto" w:fill="DBE8F0"/>
            <w:vAlign w:val="center"/>
          </w:tcPr>
          <w:p w14:paraId="2F1E2DAE" w14:textId="77777777" w:rsidR="00AF194A" w:rsidRDefault="002A5A9B">
            <w:pPr>
              <w:spacing w:before="40" w:after="40" w:line="240" w:lineRule="auto"/>
            </w:pPr>
            <w:r>
              <w:rPr>
                <w:b/>
              </w:rPr>
              <w:t>Field</w:t>
            </w:r>
          </w:p>
        </w:tc>
        <w:tc>
          <w:tcPr>
            <w:tcW w:w="8424" w:type="dxa"/>
            <w:shd w:val="clear" w:color="auto" w:fill="DBE8F0"/>
            <w:vAlign w:val="center"/>
          </w:tcPr>
          <w:p w14:paraId="33CB2B14" w14:textId="77777777" w:rsidR="00AF194A" w:rsidRDefault="002A5A9B">
            <w:pPr>
              <w:spacing w:before="40" w:after="40" w:line="240" w:lineRule="auto"/>
            </w:pPr>
            <w:r>
              <w:rPr>
                <w:b/>
              </w:rPr>
              <w:t>Information</w:t>
            </w:r>
          </w:p>
        </w:tc>
      </w:tr>
      <w:tr w:rsidR="00AF194A" w14:paraId="6068DD79" w14:textId="77777777">
        <w:trPr>
          <w:cantSplit/>
        </w:trPr>
        <w:tc>
          <w:tcPr>
            <w:tcW w:w="2376" w:type="dxa"/>
            <w:vAlign w:val="center"/>
          </w:tcPr>
          <w:p w14:paraId="04D43D72" w14:textId="77777777" w:rsidR="00AF194A" w:rsidRDefault="002A5A9B">
            <w:pPr>
              <w:spacing w:before="40" w:after="40" w:line="240" w:lineRule="auto"/>
            </w:pPr>
            <w:r>
              <w:t>Scheduled date / time</w:t>
            </w:r>
          </w:p>
        </w:tc>
        <w:tc>
          <w:tcPr>
            <w:tcW w:w="8424" w:type="dxa"/>
            <w:vAlign w:val="center"/>
          </w:tcPr>
          <w:p w14:paraId="5D45F8DB" w14:textId="77777777" w:rsidR="00AF194A" w:rsidRDefault="002A5A9B">
            <w:pPr>
              <w:spacing w:before="40" w:after="40" w:line="240" w:lineRule="auto"/>
            </w:pPr>
            <w:r>
              <w:t>[Date, time and time zone]</w:t>
            </w:r>
          </w:p>
        </w:tc>
      </w:tr>
      <w:tr w:rsidR="00AF194A" w14:paraId="61AFC327" w14:textId="77777777">
        <w:trPr>
          <w:cantSplit/>
        </w:trPr>
        <w:tc>
          <w:tcPr>
            <w:tcW w:w="2376" w:type="dxa"/>
            <w:vAlign w:val="center"/>
          </w:tcPr>
          <w:p w14:paraId="320544B9" w14:textId="77777777" w:rsidR="00AF194A" w:rsidRDefault="002A5A9B">
            <w:pPr>
              <w:spacing w:before="40" w:after="40" w:line="240" w:lineRule="auto"/>
            </w:pPr>
            <w:r>
              <w:t>Physical location</w:t>
            </w:r>
          </w:p>
        </w:tc>
        <w:tc>
          <w:tcPr>
            <w:tcW w:w="8424" w:type="dxa"/>
            <w:vAlign w:val="center"/>
          </w:tcPr>
          <w:p w14:paraId="0F2A37EA" w14:textId="77777777" w:rsidR="00AF194A" w:rsidRDefault="002A5A9B">
            <w:pPr>
              <w:spacing w:before="40" w:after="40" w:line="240" w:lineRule="auto"/>
            </w:pPr>
            <w:r>
              <w:t xml:space="preserve">[Full street address, room, city, </w:t>
            </w:r>
            <w:r>
              <w:t>state, ZIP]</w:t>
            </w:r>
          </w:p>
        </w:tc>
      </w:tr>
      <w:tr w:rsidR="00AF194A" w14:paraId="510432F5" w14:textId="77777777">
        <w:trPr>
          <w:cantSplit/>
        </w:trPr>
        <w:tc>
          <w:tcPr>
            <w:tcW w:w="2376" w:type="dxa"/>
            <w:vAlign w:val="center"/>
          </w:tcPr>
          <w:p w14:paraId="2EDEA362" w14:textId="77777777" w:rsidR="00AF194A" w:rsidRDefault="002A5A9B">
            <w:pPr>
              <w:spacing w:before="40" w:after="40" w:line="240" w:lineRule="auto"/>
            </w:pPr>
            <w:r>
              <w:t>Online</w:t>
            </w:r>
          </w:p>
        </w:tc>
        <w:tc>
          <w:tcPr>
            <w:tcW w:w="8424" w:type="dxa"/>
            <w:vAlign w:val="center"/>
          </w:tcPr>
          <w:p w14:paraId="2E2EB5E1" w14:textId="77777777" w:rsidR="00AF194A" w:rsidRDefault="002A5A9B">
            <w:pPr>
              <w:spacing w:before="40" w:after="40" w:line="240" w:lineRule="auto"/>
            </w:pPr>
            <w:r>
              <w:t>[Full URL, meeting ID, passcode]</w:t>
            </w:r>
          </w:p>
        </w:tc>
      </w:tr>
      <w:tr w:rsidR="00AF194A" w14:paraId="5BF642EC" w14:textId="77777777">
        <w:trPr>
          <w:cantSplit/>
        </w:trPr>
        <w:tc>
          <w:tcPr>
            <w:tcW w:w="2376" w:type="dxa"/>
            <w:vAlign w:val="center"/>
          </w:tcPr>
          <w:p w14:paraId="2923C004" w14:textId="77777777" w:rsidR="00AF194A" w:rsidRDefault="002A5A9B">
            <w:pPr>
              <w:spacing w:before="40" w:after="40" w:line="240" w:lineRule="auto"/>
            </w:pPr>
            <w:r>
              <w:t>Telephone</w:t>
            </w:r>
          </w:p>
        </w:tc>
        <w:tc>
          <w:tcPr>
            <w:tcW w:w="8424" w:type="dxa"/>
            <w:vAlign w:val="center"/>
          </w:tcPr>
          <w:p w14:paraId="5B8A1937" w14:textId="77777777" w:rsidR="00AF194A" w:rsidRDefault="002A5A9B">
            <w:pPr>
              <w:spacing w:before="40" w:after="40" w:line="240" w:lineRule="auto"/>
            </w:pPr>
            <w:r>
              <w:t>[Telephone number, meeting/access ID, passcode]</w:t>
            </w:r>
          </w:p>
        </w:tc>
      </w:tr>
      <w:tr w:rsidR="00AF194A" w14:paraId="0B069785" w14:textId="77777777">
        <w:trPr>
          <w:cantSplit/>
        </w:trPr>
        <w:tc>
          <w:tcPr>
            <w:tcW w:w="2376" w:type="dxa"/>
            <w:vAlign w:val="center"/>
          </w:tcPr>
          <w:p w14:paraId="11723FD0" w14:textId="77777777" w:rsidR="00AF194A" w:rsidRDefault="002A5A9B">
            <w:pPr>
              <w:spacing w:before="40" w:after="40" w:line="240" w:lineRule="auto"/>
            </w:pPr>
            <w:r>
              <w:t>Meeting contact</w:t>
            </w:r>
          </w:p>
        </w:tc>
        <w:tc>
          <w:tcPr>
            <w:tcW w:w="8424" w:type="dxa"/>
            <w:vAlign w:val="center"/>
          </w:tcPr>
          <w:p w14:paraId="6706CD80" w14:textId="77777777" w:rsidR="00AF194A" w:rsidRDefault="002A5A9B">
            <w:pPr>
              <w:spacing w:before="40" w:after="40" w:line="240" w:lineRule="auto"/>
            </w:pPr>
            <w:r>
              <w:t>[Name, email and telephone]</w:t>
            </w:r>
          </w:p>
        </w:tc>
      </w:tr>
    </w:tbl>
    <w:p w14:paraId="16EF9200" w14:textId="77777777" w:rsidR="00AF194A" w:rsidRDefault="00AF194A"/>
    <w:p w14:paraId="7FC0C4D1" w14:textId="77777777" w:rsidR="00AF194A" w:rsidRDefault="002A5A9B">
      <w:r>
        <w:t>The Fine Committee will consider whether to confirm or reject fines previously levied by the Boar</w:t>
      </w:r>
      <w:r>
        <w:t>d of Directors for the cases listed on the attached agenda. The committee will consider the noticed allegations, supporting information, owner responses, and cure status.</w:t>
      </w:r>
    </w:p>
    <w:p w14:paraId="214B7652" w14:textId="77777777" w:rsidR="00AF194A" w:rsidRDefault="002A5A9B">
      <w:r>
        <w:t>Owners whose cases are scheduled have the right to attend their hearings by telephone</w:t>
      </w:r>
      <w:r>
        <w:t xml:space="preserve"> or other electronic means. Community attendance and participation will follow [identify the applicable governing-document provision, committee charter, or meeting policy].</w:t>
      </w:r>
    </w:p>
    <w:p w14:paraId="6706ECF2" w14:textId="77777777" w:rsidR="00AF194A" w:rsidRDefault="002A5A9B">
      <w:r>
        <w:t>Case docket: [Case number and property identification appropriate for this notice]</w:t>
      </w:r>
    </w:p>
    <w:p w14:paraId="0FBCF2DB" w14:textId="77777777" w:rsidR="00AF194A" w:rsidRDefault="002A5A9B">
      <w:r>
        <w:t>Agenda attachment: [F04 dated/version]</w:t>
      </w:r>
    </w:p>
    <w:p w14:paraId="5EBD8776" w14:textId="77777777" w:rsidR="00AF194A" w:rsidRDefault="002A5A9B">
      <w:r>
        <w:t>Issued by: [Name and title]</w:t>
      </w:r>
    </w:p>
    <w:p w14:paraId="280293C8" w14:textId="77777777" w:rsidR="00AF194A" w:rsidRDefault="002A5A9B">
      <w:pPr>
        <w:pStyle w:val="Heading2"/>
      </w:pPr>
      <w:r>
        <w:t>Internal preparation instructions</w:t>
      </w:r>
    </w:p>
    <w:p w14:paraId="05EC384D" w14:textId="77777777" w:rsidR="00AF194A" w:rsidRDefault="002A5A9B">
      <w:r>
        <w:t xml:space="preserve">Remove this instruction section before posting. Confirm the posting and access requirements applicable to this committee. Do not assume the Board’s </w:t>
      </w:r>
      <w:r>
        <w:t>48-hour rule automatically controls a fining committee. Do not include private owner contact details. Send the separate F02 individualized notice; this community notice does not satisfy that obligation.</w:t>
      </w:r>
    </w:p>
    <w:p w14:paraId="523890E1" w14:textId="77777777" w:rsidR="00AF194A" w:rsidRDefault="002A5A9B">
      <w:r>
        <w:t>Applicable posting authority and required interval: [</w:t>
      </w:r>
      <w:r>
        <w:t>Complete]</w:t>
      </w:r>
    </w:p>
    <w:p w14:paraId="5F1AD656" w14:textId="77777777" w:rsidR="00AF194A" w:rsidRDefault="002A5A9B">
      <w:r>
        <w:t>Posting location, date/time and proof reference: [Complete]</w:t>
      </w:r>
    </w:p>
    <w:p w14:paraId="239D8FD7" w14:textId="77777777" w:rsidR="00AF194A" w:rsidRDefault="002A5A9B">
      <w:r>
        <w:t>Community calendar date / email date: [Dates or None after verification]</w:t>
      </w:r>
    </w:p>
    <w:sectPr w:rsidR="00AF194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38C50" w14:textId="77777777" w:rsidR="00000000" w:rsidRDefault="002A5A9B">
      <w:pPr>
        <w:spacing w:after="0" w:line="240" w:lineRule="auto"/>
      </w:pPr>
      <w:r>
        <w:separator/>
      </w:r>
    </w:p>
  </w:endnote>
  <w:endnote w:type="continuationSeparator" w:id="0">
    <w:p w14:paraId="0B8E8B92" w14:textId="77777777" w:rsidR="00000000" w:rsidRDefault="002A5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F2F47" w14:textId="77777777" w:rsidR="002A5A9B" w:rsidRDefault="002A5A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F85CD" w14:textId="77777777" w:rsidR="00AF194A" w:rsidRDefault="002A5A9B">
    <w:pPr>
      <w:tabs>
        <w:tab w:val="center" w:pos="5400"/>
        <w:tab w:val="right" w:pos="10800"/>
      </w:tabs>
      <w:spacing w:after="0"/>
    </w:pPr>
    <w:r>
      <w:rPr>
        <w:sz w:val="16"/>
      </w:rPr>
      <w:tab/>
      <w:t>2026.09.29 myHomeSpot.com CCR Enforcement Training</w:t>
    </w:r>
    <w:r>
      <w:rPr>
        <w:sz w:val="16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0A6D7" w14:textId="77777777" w:rsidR="002A5A9B" w:rsidRDefault="002A5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3E27A" w14:textId="77777777" w:rsidR="00000000" w:rsidRDefault="002A5A9B">
      <w:pPr>
        <w:spacing w:after="0" w:line="240" w:lineRule="auto"/>
      </w:pPr>
      <w:r>
        <w:separator/>
      </w:r>
    </w:p>
  </w:footnote>
  <w:footnote w:type="continuationSeparator" w:id="0">
    <w:p w14:paraId="104AD354" w14:textId="77777777" w:rsidR="00000000" w:rsidRDefault="002A5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AA487" w14:textId="77777777" w:rsidR="002A5A9B" w:rsidRDefault="002A5A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728C6" w14:textId="77777777" w:rsidR="002A5A9B" w:rsidRDefault="002A5A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737C8" w14:textId="77777777" w:rsidR="002A5A9B" w:rsidRDefault="002A5A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5A9B"/>
    <w:rsid w:val="00326F90"/>
    <w:rsid w:val="00AA1D8D"/>
    <w:rsid w:val="00AF194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A7E219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meeting notice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