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B52CA" w14:textId="77777777" w:rsidR="009978D0" w:rsidRDefault="00C45729">
      <w:r>
        <w:rPr>
          <w:b/>
        </w:rPr>
        <w:t>F10  |  COMPLETE WITH ACTUAL NOTICE FACTS</w:t>
      </w:r>
    </w:p>
    <w:p w14:paraId="20A3C7E2" w14:textId="77777777" w:rsidR="009978D0" w:rsidRDefault="00C45729">
      <w:pPr>
        <w:pStyle w:val="Title"/>
      </w:pPr>
      <w:r>
        <w:rPr>
          <w:b/>
          <w:sz w:val="30"/>
        </w:rPr>
        <w:t>MEETING NOTICE AFFIDAVIT</w:t>
      </w:r>
    </w:p>
    <w:p w14:paraId="4637DAEE" w14:textId="77777777" w:rsidR="009978D0" w:rsidRDefault="00C45729">
      <w:pPr>
        <w:jc w:val="center"/>
      </w:pPr>
      <w:r>
        <w:rPr>
          <w:b/>
          <w:sz w:val="24"/>
        </w:rPr>
        <w:t>[ASSOCIATION LEGAL NAME]</w:t>
      </w:r>
    </w:p>
    <w:tbl>
      <w:tblPr>
        <w:tblW w:w="108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5" w:type="dxa"/>
          <w:bottom w:w="65" w:type="dxa"/>
          <w:right w:w="95" w:type="dxa"/>
        </w:tblCellMar>
        <w:tblLook w:val="04A0" w:firstRow="1" w:lastRow="0" w:firstColumn="1" w:lastColumn="0" w:noHBand="0" w:noVBand="1"/>
      </w:tblPr>
      <w:tblGrid>
        <w:gridCol w:w="2376"/>
        <w:gridCol w:w="8424"/>
      </w:tblGrid>
      <w:tr w:rsidR="009978D0" w14:paraId="4F054608" w14:textId="77777777">
        <w:trPr>
          <w:cantSplit/>
          <w:tblHeader/>
        </w:trPr>
        <w:tc>
          <w:tcPr>
            <w:tcW w:w="2376" w:type="dxa"/>
            <w:shd w:val="clear" w:color="auto" w:fill="DBE8F0"/>
            <w:vAlign w:val="center"/>
          </w:tcPr>
          <w:p w14:paraId="67D6AE48" w14:textId="77777777" w:rsidR="009978D0" w:rsidRDefault="00C45729">
            <w:pPr>
              <w:spacing w:before="40" w:after="40" w:line="240" w:lineRule="auto"/>
            </w:pPr>
            <w:r>
              <w:rPr>
                <w:b/>
              </w:rPr>
              <w:t>Field</w:t>
            </w:r>
          </w:p>
        </w:tc>
        <w:tc>
          <w:tcPr>
            <w:tcW w:w="8424" w:type="dxa"/>
            <w:shd w:val="clear" w:color="auto" w:fill="DBE8F0"/>
            <w:vAlign w:val="center"/>
          </w:tcPr>
          <w:p w14:paraId="31E8E77C" w14:textId="77777777" w:rsidR="009978D0" w:rsidRDefault="00C45729">
            <w:pPr>
              <w:spacing w:before="40" w:after="40" w:line="240" w:lineRule="auto"/>
            </w:pPr>
            <w:r>
              <w:rPr>
                <w:b/>
              </w:rPr>
              <w:t>Information</w:t>
            </w:r>
          </w:p>
        </w:tc>
      </w:tr>
      <w:tr w:rsidR="009978D0" w14:paraId="5F9B4F4D" w14:textId="77777777">
        <w:trPr>
          <w:cantSplit/>
        </w:trPr>
        <w:tc>
          <w:tcPr>
            <w:tcW w:w="2376" w:type="dxa"/>
            <w:vAlign w:val="center"/>
          </w:tcPr>
          <w:p w14:paraId="185C6D69" w14:textId="77777777" w:rsidR="009978D0" w:rsidRDefault="00C45729">
            <w:pPr>
              <w:spacing w:before="40" w:after="40" w:line="240" w:lineRule="auto"/>
            </w:pPr>
            <w:r>
              <w:t>Affidavit Date</w:t>
            </w:r>
          </w:p>
        </w:tc>
        <w:tc>
          <w:tcPr>
            <w:tcW w:w="8424" w:type="dxa"/>
            <w:vAlign w:val="center"/>
          </w:tcPr>
          <w:p w14:paraId="2CDE1A14" w14:textId="77777777" w:rsidR="009978D0" w:rsidRDefault="00C45729">
            <w:pPr>
              <w:spacing w:before="40" w:after="40" w:line="240" w:lineRule="auto"/>
            </w:pPr>
            <w:r>
              <w:t>[Meeting date]</w:t>
            </w:r>
          </w:p>
        </w:tc>
      </w:tr>
      <w:tr w:rsidR="009978D0" w14:paraId="6AD5567B" w14:textId="77777777">
        <w:trPr>
          <w:cantSplit/>
        </w:trPr>
        <w:tc>
          <w:tcPr>
            <w:tcW w:w="2376" w:type="dxa"/>
            <w:vAlign w:val="center"/>
          </w:tcPr>
          <w:p w14:paraId="643E153C" w14:textId="77777777" w:rsidR="009978D0" w:rsidRDefault="00C45729">
            <w:pPr>
              <w:spacing w:before="40" w:after="40" w:line="240" w:lineRule="auto"/>
            </w:pPr>
            <w:r>
              <w:t>Meeting Type</w:t>
            </w:r>
          </w:p>
        </w:tc>
        <w:tc>
          <w:tcPr>
            <w:tcW w:w="8424" w:type="dxa"/>
            <w:vAlign w:val="center"/>
          </w:tcPr>
          <w:p w14:paraId="3CC19DF3" w14:textId="77777777" w:rsidR="009978D0" w:rsidRDefault="00C45729">
            <w:pPr>
              <w:spacing w:before="40" w:after="40" w:line="240" w:lineRule="auto"/>
            </w:pPr>
            <w:r>
              <w:t>Committee - Fine Hearing</w:t>
            </w:r>
          </w:p>
        </w:tc>
      </w:tr>
      <w:tr w:rsidR="009978D0" w14:paraId="24973668" w14:textId="77777777">
        <w:trPr>
          <w:cantSplit/>
        </w:trPr>
        <w:tc>
          <w:tcPr>
            <w:tcW w:w="2376" w:type="dxa"/>
            <w:vAlign w:val="center"/>
          </w:tcPr>
          <w:p w14:paraId="15639968" w14:textId="77777777" w:rsidR="009978D0" w:rsidRDefault="00C45729">
            <w:pPr>
              <w:spacing w:before="40" w:after="40" w:line="240" w:lineRule="auto"/>
            </w:pPr>
            <w:r>
              <w:t>Scheduled Date / Time</w:t>
            </w:r>
          </w:p>
        </w:tc>
        <w:tc>
          <w:tcPr>
            <w:tcW w:w="8424" w:type="dxa"/>
            <w:vAlign w:val="center"/>
          </w:tcPr>
          <w:p w14:paraId="2900F3D7" w14:textId="77777777" w:rsidR="009978D0" w:rsidRDefault="00C45729">
            <w:pPr>
              <w:spacing w:before="40" w:after="40" w:line="240" w:lineRule="auto"/>
            </w:pPr>
            <w:r>
              <w:t>[Date, time and zone]</w:t>
            </w:r>
          </w:p>
        </w:tc>
      </w:tr>
      <w:tr w:rsidR="009978D0" w14:paraId="01A89ADB" w14:textId="77777777">
        <w:trPr>
          <w:cantSplit/>
        </w:trPr>
        <w:tc>
          <w:tcPr>
            <w:tcW w:w="2376" w:type="dxa"/>
            <w:vAlign w:val="center"/>
          </w:tcPr>
          <w:p w14:paraId="580EE934" w14:textId="77777777" w:rsidR="009978D0" w:rsidRDefault="00C45729">
            <w:pPr>
              <w:spacing w:before="40" w:after="40" w:line="240" w:lineRule="auto"/>
            </w:pPr>
            <w:r>
              <w:t>Physical Location</w:t>
            </w:r>
          </w:p>
        </w:tc>
        <w:tc>
          <w:tcPr>
            <w:tcW w:w="8424" w:type="dxa"/>
            <w:vAlign w:val="center"/>
          </w:tcPr>
          <w:p w14:paraId="4F155D49" w14:textId="77777777" w:rsidR="009978D0" w:rsidRDefault="00C45729">
            <w:pPr>
              <w:spacing w:before="40" w:after="40" w:line="240" w:lineRule="auto"/>
            </w:pPr>
            <w:r>
              <w:t xml:space="preserve">[Full </w:t>
            </w:r>
            <w:r>
              <w:t>address and room]</w:t>
            </w:r>
          </w:p>
        </w:tc>
      </w:tr>
      <w:tr w:rsidR="009978D0" w14:paraId="203B5C24" w14:textId="77777777">
        <w:trPr>
          <w:cantSplit/>
        </w:trPr>
        <w:tc>
          <w:tcPr>
            <w:tcW w:w="2376" w:type="dxa"/>
            <w:vAlign w:val="center"/>
          </w:tcPr>
          <w:p w14:paraId="3C497529" w14:textId="77777777" w:rsidR="009978D0" w:rsidRDefault="00C45729">
            <w:pPr>
              <w:spacing w:before="40" w:after="40" w:line="240" w:lineRule="auto"/>
            </w:pPr>
            <w:r>
              <w:t>Online</w:t>
            </w:r>
          </w:p>
        </w:tc>
        <w:tc>
          <w:tcPr>
            <w:tcW w:w="8424" w:type="dxa"/>
            <w:vAlign w:val="center"/>
          </w:tcPr>
          <w:p w14:paraId="6920892C" w14:textId="77777777" w:rsidR="009978D0" w:rsidRDefault="00C45729">
            <w:pPr>
              <w:spacing w:before="40" w:after="40" w:line="240" w:lineRule="auto"/>
            </w:pPr>
            <w:r>
              <w:t>[Full URL, meeting ID, passcode, or None if actually unavailable]</w:t>
            </w:r>
          </w:p>
        </w:tc>
      </w:tr>
      <w:tr w:rsidR="009978D0" w14:paraId="38872AB3" w14:textId="77777777">
        <w:trPr>
          <w:cantSplit/>
        </w:trPr>
        <w:tc>
          <w:tcPr>
            <w:tcW w:w="2376" w:type="dxa"/>
            <w:vAlign w:val="center"/>
          </w:tcPr>
          <w:p w14:paraId="204A8DEC" w14:textId="77777777" w:rsidR="009978D0" w:rsidRDefault="00C45729">
            <w:pPr>
              <w:spacing w:before="40" w:after="40" w:line="240" w:lineRule="auto"/>
            </w:pPr>
            <w:r>
              <w:t>Telephone</w:t>
            </w:r>
          </w:p>
        </w:tc>
        <w:tc>
          <w:tcPr>
            <w:tcW w:w="8424" w:type="dxa"/>
            <w:vAlign w:val="center"/>
          </w:tcPr>
          <w:p w14:paraId="67335D17" w14:textId="77777777" w:rsidR="009978D0" w:rsidRDefault="00C45729">
            <w:pPr>
              <w:spacing w:before="40" w:after="40" w:line="240" w:lineRule="auto"/>
            </w:pPr>
            <w:r>
              <w:t>[Number, meeting/access ID, passcode, or None if actually unavailable]</w:t>
            </w:r>
          </w:p>
        </w:tc>
      </w:tr>
    </w:tbl>
    <w:p w14:paraId="347DEBB8" w14:textId="77777777" w:rsidR="009978D0" w:rsidRDefault="009978D0"/>
    <w:p w14:paraId="5DC8D1C0" w14:textId="77777777" w:rsidR="009978D0" w:rsidRDefault="00C45729">
      <w:r>
        <w:t>I, [signer name], [exact title], being duly sworn, state from my personal knowle</w:t>
      </w:r>
      <w:r>
        <w:t>dge or the records identified below that notice of the meeting described above was provided as follows. Attached proof identifies the notices, recipients, dates, and methods actually used.</w:t>
      </w:r>
    </w:p>
    <w:tbl>
      <w:tblPr>
        <w:tblW w:w="108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5" w:type="dxa"/>
          <w:bottom w:w="65" w:type="dxa"/>
          <w:right w:w="95" w:type="dxa"/>
        </w:tblCellMar>
        <w:tblLook w:val="04A0" w:firstRow="1" w:lastRow="0" w:firstColumn="1" w:lastColumn="0" w:noHBand="0" w:noVBand="1"/>
      </w:tblPr>
      <w:tblGrid>
        <w:gridCol w:w="2880"/>
        <w:gridCol w:w="7920"/>
      </w:tblGrid>
      <w:tr w:rsidR="009978D0" w14:paraId="2A9C4E98" w14:textId="77777777">
        <w:trPr>
          <w:cantSplit/>
          <w:tblHeader/>
        </w:trPr>
        <w:tc>
          <w:tcPr>
            <w:tcW w:w="2880" w:type="dxa"/>
            <w:shd w:val="clear" w:color="auto" w:fill="DBE8F0"/>
            <w:vAlign w:val="center"/>
          </w:tcPr>
          <w:p w14:paraId="7C239FC4" w14:textId="77777777" w:rsidR="009978D0" w:rsidRDefault="00C45729">
            <w:pPr>
              <w:spacing w:before="40" w:after="40" w:line="240" w:lineRule="auto"/>
            </w:pPr>
            <w:r>
              <w:rPr>
                <w:b/>
              </w:rPr>
              <w:t>Notice method</w:t>
            </w:r>
          </w:p>
        </w:tc>
        <w:tc>
          <w:tcPr>
            <w:tcW w:w="7920" w:type="dxa"/>
            <w:shd w:val="clear" w:color="auto" w:fill="DBE8F0"/>
            <w:vAlign w:val="center"/>
          </w:tcPr>
          <w:p w14:paraId="7DB52D6B" w14:textId="77777777" w:rsidR="009978D0" w:rsidRDefault="00C45729">
            <w:pPr>
              <w:spacing w:before="40" w:after="40" w:line="240" w:lineRule="auto"/>
            </w:pPr>
            <w:r>
              <w:rPr>
                <w:b/>
              </w:rPr>
              <w:t>Actual date or None</w:t>
            </w:r>
          </w:p>
        </w:tc>
      </w:tr>
      <w:tr w:rsidR="009978D0" w14:paraId="2647F325" w14:textId="77777777">
        <w:trPr>
          <w:cantSplit/>
        </w:trPr>
        <w:tc>
          <w:tcPr>
            <w:tcW w:w="2880" w:type="dxa"/>
            <w:vAlign w:val="center"/>
          </w:tcPr>
          <w:p w14:paraId="497FE646" w14:textId="77777777" w:rsidR="009978D0" w:rsidRDefault="00C45729">
            <w:pPr>
              <w:spacing w:before="40" w:after="40" w:line="240" w:lineRule="auto"/>
            </w:pPr>
            <w:r>
              <w:t>Community Calendar</w:t>
            </w:r>
          </w:p>
        </w:tc>
        <w:tc>
          <w:tcPr>
            <w:tcW w:w="7920" w:type="dxa"/>
            <w:vAlign w:val="center"/>
          </w:tcPr>
          <w:p w14:paraId="4AB1E917" w14:textId="77777777" w:rsidR="009978D0" w:rsidRDefault="00C45729">
            <w:pPr>
              <w:spacing w:before="40" w:after="40" w:line="240" w:lineRule="auto"/>
            </w:pPr>
            <w:r>
              <w:t xml:space="preserve">[Date or </w:t>
            </w:r>
            <w:r>
              <w:t>None]</w:t>
            </w:r>
          </w:p>
        </w:tc>
      </w:tr>
      <w:tr w:rsidR="009978D0" w14:paraId="43FA26D9" w14:textId="77777777">
        <w:trPr>
          <w:cantSplit/>
        </w:trPr>
        <w:tc>
          <w:tcPr>
            <w:tcW w:w="2880" w:type="dxa"/>
            <w:vAlign w:val="center"/>
          </w:tcPr>
          <w:p w14:paraId="3147997A" w14:textId="77777777" w:rsidR="009978D0" w:rsidRDefault="00C45729">
            <w:pPr>
              <w:spacing w:before="40" w:after="40" w:line="240" w:lineRule="auto"/>
            </w:pPr>
            <w:r>
              <w:t>Notice Posting</w:t>
            </w:r>
          </w:p>
        </w:tc>
        <w:tc>
          <w:tcPr>
            <w:tcW w:w="7920" w:type="dxa"/>
            <w:vAlign w:val="center"/>
          </w:tcPr>
          <w:p w14:paraId="22D7984A" w14:textId="77777777" w:rsidR="009978D0" w:rsidRDefault="00C45729">
            <w:pPr>
              <w:spacing w:before="40" w:after="40" w:line="240" w:lineRule="auto"/>
            </w:pPr>
            <w:r>
              <w:t>[Date or None]</w:t>
            </w:r>
          </w:p>
        </w:tc>
      </w:tr>
      <w:tr w:rsidR="009978D0" w14:paraId="03E7BA26" w14:textId="77777777">
        <w:trPr>
          <w:cantSplit/>
        </w:trPr>
        <w:tc>
          <w:tcPr>
            <w:tcW w:w="2880" w:type="dxa"/>
            <w:vAlign w:val="center"/>
          </w:tcPr>
          <w:p w14:paraId="6EB1361C" w14:textId="77777777" w:rsidR="009978D0" w:rsidRDefault="00C45729">
            <w:pPr>
              <w:spacing w:before="40" w:after="40" w:line="240" w:lineRule="auto"/>
            </w:pPr>
            <w:r>
              <w:t>U.S. Mail</w:t>
            </w:r>
          </w:p>
        </w:tc>
        <w:tc>
          <w:tcPr>
            <w:tcW w:w="7920" w:type="dxa"/>
            <w:vAlign w:val="center"/>
          </w:tcPr>
          <w:p w14:paraId="1F75C3DD" w14:textId="77777777" w:rsidR="009978D0" w:rsidRDefault="00C45729">
            <w:pPr>
              <w:spacing w:before="40" w:after="40" w:line="240" w:lineRule="auto"/>
            </w:pPr>
            <w:r>
              <w:t>[Date or None] — Mailing Address and Proof attached</w:t>
            </w:r>
          </w:p>
        </w:tc>
      </w:tr>
      <w:tr w:rsidR="009978D0" w14:paraId="1F6D8E87" w14:textId="77777777">
        <w:trPr>
          <w:cantSplit/>
        </w:trPr>
        <w:tc>
          <w:tcPr>
            <w:tcW w:w="2880" w:type="dxa"/>
            <w:vAlign w:val="center"/>
          </w:tcPr>
          <w:p w14:paraId="6BDCF481" w14:textId="77777777" w:rsidR="009978D0" w:rsidRDefault="00C45729">
            <w:pPr>
              <w:spacing w:before="40" w:after="40" w:line="240" w:lineRule="auto"/>
            </w:pPr>
            <w:r>
              <w:t>Email</w:t>
            </w:r>
          </w:p>
        </w:tc>
        <w:tc>
          <w:tcPr>
            <w:tcW w:w="7920" w:type="dxa"/>
            <w:vAlign w:val="center"/>
          </w:tcPr>
          <w:p w14:paraId="169CFB9E" w14:textId="77777777" w:rsidR="009978D0" w:rsidRDefault="00C45729">
            <w:pPr>
              <w:spacing w:before="40" w:after="40" w:line="240" w:lineRule="auto"/>
            </w:pPr>
            <w:r>
              <w:t>[Date or None] — Distribution list on file</w:t>
            </w:r>
          </w:p>
        </w:tc>
      </w:tr>
    </w:tbl>
    <w:p w14:paraId="49019860" w14:textId="77777777" w:rsidR="009978D0" w:rsidRDefault="009978D0"/>
    <w:p w14:paraId="5D3F71B7" w14:textId="77777777" w:rsidR="009978D0" w:rsidRDefault="00C45729">
      <w:r>
        <w:t>Individual hearing notice proof: [Recipient-specific F12 log and attachments]</w:t>
      </w:r>
    </w:p>
    <w:p w14:paraId="65FA6753" w14:textId="77777777" w:rsidR="009978D0" w:rsidRDefault="00C45729">
      <w:pPr>
        <w:spacing w:after="60" w:line="240" w:lineRule="auto"/>
      </w:pPr>
      <w:r>
        <w:t xml:space="preserve">The affidavit date </w:t>
      </w:r>
      <w:r>
        <w:t>identifies the meeting date. The notarial certificate below must show the actual date of acknowledgment or oath; do not backdate execution.</w:t>
      </w:r>
    </w:p>
    <w:p w14:paraId="525ABFEE" w14:textId="77777777" w:rsidR="009978D0" w:rsidRDefault="009978D0">
      <w:pPr>
        <w:spacing w:after="60" w:line="240" w:lineRule="auto"/>
      </w:pPr>
    </w:p>
    <w:p w14:paraId="7E81F30F" w14:textId="77777777" w:rsidR="009978D0" w:rsidRDefault="00C45729">
      <w:pPr>
        <w:spacing w:after="60" w:line="240" w:lineRule="auto"/>
      </w:pPr>
      <w:r>
        <w:t>Signature: ____________________________________</w:t>
      </w:r>
    </w:p>
    <w:p w14:paraId="5A569257" w14:textId="77777777" w:rsidR="009978D0" w:rsidRDefault="00C45729">
      <w:pPr>
        <w:spacing w:after="60" w:line="240" w:lineRule="auto"/>
      </w:pPr>
      <w:r>
        <w:t>[Printed signer name]</w:t>
      </w:r>
      <w:r>
        <w:br/>
        <w:t>[Title exactly as supplied]</w:t>
      </w:r>
    </w:p>
    <w:p w14:paraId="4638F23D" w14:textId="77777777" w:rsidR="009978D0" w:rsidRDefault="009978D0">
      <w:pPr>
        <w:spacing w:after="60" w:line="240" w:lineRule="auto"/>
      </w:pPr>
    </w:p>
    <w:p w14:paraId="11B1F7D0" w14:textId="77777777" w:rsidR="009978D0" w:rsidRDefault="009978D0">
      <w:pPr>
        <w:spacing w:after="60" w:line="240" w:lineRule="auto"/>
      </w:pPr>
    </w:p>
    <w:p w14:paraId="737C9E62" w14:textId="77777777" w:rsidR="009978D0" w:rsidRDefault="00C45729">
      <w:pPr>
        <w:spacing w:after="60" w:line="240" w:lineRule="auto"/>
      </w:pPr>
      <w:r>
        <w:t>STATE OF FLORID</w:t>
      </w:r>
      <w:r>
        <w:t>A</w:t>
      </w:r>
      <w:r>
        <w:br/>
        <w:t>COUNTY OF ESCAMBIA</w:t>
      </w:r>
    </w:p>
    <w:p w14:paraId="0ED4FBCF" w14:textId="77777777" w:rsidR="009978D0" w:rsidRDefault="00C45729">
      <w:pPr>
        <w:spacing w:after="60" w:line="240" w:lineRule="auto"/>
      </w:pPr>
      <w:r>
        <w:t>Sworn to (or affirmed) and subscribed before me by means of ☐ physical presence or ☐ online notarization, this _____ day of ____________, ______, by [signer name].</w:t>
      </w:r>
    </w:p>
    <w:p w14:paraId="1BCCDE63" w14:textId="77777777" w:rsidR="009978D0" w:rsidRDefault="00C45729">
      <w:pPr>
        <w:spacing w:after="60" w:line="240" w:lineRule="auto"/>
      </w:pPr>
      <w:r>
        <w:t>☐</w:t>
      </w:r>
      <w:r>
        <w:t xml:space="preserve"> Personally known OR produced identification: </w:t>
      </w:r>
      <w:r>
        <w:t>______________________________</w:t>
      </w:r>
    </w:p>
    <w:p w14:paraId="1D7C398F" w14:textId="77777777" w:rsidR="009978D0" w:rsidRDefault="00C45729">
      <w:pPr>
        <w:spacing w:after="60" w:line="240" w:lineRule="auto"/>
      </w:pPr>
      <w:r>
        <w:t>Notary signature: __________________________  Printed name: __________________________</w:t>
      </w:r>
    </w:p>
    <w:p w14:paraId="41B8E244" w14:textId="77777777" w:rsidR="009978D0" w:rsidRDefault="00C45729">
      <w:pPr>
        <w:spacing w:after="60" w:line="240" w:lineRule="auto"/>
      </w:pPr>
      <w:r>
        <w:t>Commission number / expiration: __________________________  [Notary seal]</w:t>
      </w:r>
    </w:p>
    <w:p w14:paraId="6CCD10D5" w14:textId="77777777" w:rsidR="009978D0" w:rsidRDefault="00C45729">
      <w:pPr>
        <w:spacing w:after="60" w:line="240" w:lineRule="auto"/>
      </w:pPr>
      <w:r>
        <w:t>Preparation note: confirm signer and all four methods each meeti</w:t>
      </w:r>
      <w:r>
        <w:t>ng. If execution occurs elsewhere, use the accurate notarial venue. Remove this note before execution.</w:t>
      </w:r>
    </w:p>
    <w:sectPr w:rsidR="009978D0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288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47193" w14:textId="77777777" w:rsidR="00000000" w:rsidRDefault="00C45729">
      <w:pPr>
        <w:spacing w:after="0" w:line="240" w:lineRule="auto"/>
      </w:pPr>
      <w:r>
        <w:separator/>
      </w:r>
    </w:p>
  </w:endnote>
  <w:endnote w:type="continuationSeparator" w:id="0">
    <w:p w14:paraId="371FF7B4" w14:textId="77777777" w:rsidR="00000000" w:rsidRDefault="00C45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66777" w14:textId="77777777" w:rsidR="00C45729" w:rsidRDefault="00C457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4F04F" w14:textId="77777777" w:rsidR="009978D0" w:rsidRDefault="00C45729">
    <w:pPr>
      <w:tabs>
        <w:tab w:val="center" w:pos="5400"/>
        <w:tab w:val="right" w:pos="10800"/>
      </w:tabs>
      <w:spacing w:after="0"/>
    </w:pPr>
    <w:r>
      <w:rPr>
        <w:sz w:val="16"/>
      </w:rPr>
      <w:tab/>
      <w:t>2026.09.29 myHomeSpot.com CCR Enforcement Training</w:t>
    </w:r>
    <w:r>
      <w:rPr>
        <w:sz w:val="16"/>
      </w:rPr>
      <w:tab/>
      <w:t xml:space="preserve">Page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fldChar w:fldCharType="begin"/>
    </w:r>
    <w:r>
      <w:instrText>NUMPAGES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FE3C3" w14:textId="77777777" w:rsidR="00C45729" w:rsidRDefault="00C457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BBC2F" w14:textId="77777777" w:rsidR="00000000" w:rsidRDefault="00C45729">
      <w:pPr>
        <w:spacing w:after="0" w:line="240" w:lineRule="auto"/>
      </w:pPr>
      <w:r>
        <w:separator/>
      </w:r>
    </w:p>
  </w:footnote>
  <w:footnote w:type="continuationSeparator" w:id="0">
    <w:p w14:paraId="79E904DB" w14:textId="77777777" w:rsidR="00000000" w:rsidRDefault="00C45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13678" w14:textId="77777777" w:rsidR="00C45729" w:rsidRDefault="00C457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49468" w14:textId="77777777" w:rsidR="00C45729" w:rsidRDefault="00C457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7FB54" w14:textId="77777777" w:rsidR="00C45729" w:rsidRDefault="00C457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978D0"/>
    <w:rsid w:val="00AA1D8D"/>
    <w:rsid w:val="00B47730"/>
    <w:rsid w:val="00C4572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223311"/>
  <w14:defaultImageDpi w14:val="300"/>
  <w15:docId w15:val="{F2C9C37F-2457-406F-8740-7F718296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notice affidavit</dc:title>
  <dc:subject/>
  <dc:creator>myHomeSpot.com</dc:creator>
  <cp:keywords/>
  <dc:description>generated by python-docx</dc:description>
  <cp:lastModifiedBy>Glenn Dorsey</cp:lastModifiedBy>
  <cp:revision>2</cp:revision>
  <dcterms:created xsi:type="dcterms:W3CDTF">2013-12-23T23:15:00Z</dcterms:created>
  <dcterms:modified xsi:type="dcterms:W3CDTF">2026-09-29T21:38:00Z</dcterms:modified>
  <cp:category/>
</cp:coreProperties>
</file>