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37D9E" w14:textId="77777777" w:rsidR="00FF12E5" w:rsidRDefault="008C39FF">
      <w:r>
        <w:rPr>
          <w:noProof/>
        </w:rPr>
        <w:drawing>
          <wp:inline distT="0" distB="0" distL="0" distR="0" wp14:anchorId="4992BDC6" wp14:editId="1D872687">
            <wp:extent cx="1691640" cy="563880"/>
            <wp:effectExtent l="0" t="0" r="0" b="0"/>
            <wp:docPr id="1" name="Picture 1"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HS Logo 334x139.png"/>
                    <pic:cNvPicPr/>
                  </pic:nvPicPr>
                  <pic:blipFill>
                    <a:blip r:embed="rId8"/>
                    <a:stretch>
                      <a:fillRect/>
                    </a:stretch>
                  </pic:blipFill>
                  <pic:spPr>
                    <a:xfrm>
                      <a:off x="0" y="0"/>
                      <a:ext cx="1691640" cy="563880"/>
                    </a:xfrm>
                    <a:prstGeom prst="rect">
                      <a:avLst/>
                    </a:prstGeom>
                  </pic:spPr>
                </pic:pic>
              </a:graphicData>
            </a:graphic>
          </wp:inline>
        </w:drawing>
      </w:r>
    </w:p>
    <w:p w14:paraId="08E6E65A" w14:textId="77777777" w:rsidR="00FF12E5" w:rsidRDefault="008C39FF">
      <w:pPr>
        <w:pStyle w:val="Title"/>
      </w:pPr>
      <w:r>
        <w:t>Florida HOA Fine Committee Hearing Training</w:t>
      </w:r>
    </w:p>
    <w:p w14:paraId="1D1FB6E8" w14:textId="77777777" w:rsidR="00FF12E5" w:rsidRDefault="008C39FF">
      <w:r>
        <w:rPr>
          <w:b/>
        </w:rPr>
        <w:t>A myHomeSpot.com guide for Boards, committee members and owners | Chapter 720</w:t>
      </w:r>
    </w:p>
    <w:p w14:paraId="64B89C33" w14:textId="77777777" w:rsidR="00FF12E5" w:rsidRDefault="008C39FF">
      <w:r>
        <w:t xml:space="preserve">At myHomeSpot.com, we prepared this guide to help you handle an HOA fine hearing fairly and consistently. If you serve on the Board, you levy the proposed fine. If you serve on the independent Fine Committee, you confirm or reject it. If you are an owner, </w:t>
      </w:r>
      <w:r>
        <w:t>you may respond and present evidence. We coordinate the process and records; we do not decide the committee’s vote.</w:t>
      </w:r>
    </w:p>
    <w:p w14:paraId="194D3A07" w14:textId="77777777" w:rsidR="00FF12E5" w:rsidRDefault="008C39FF">
      <w:pPr>
        <w:pStyle w:val="Heading2"/>
      </w:pPr>
      <w:r>
        <w:t>Package contents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880"/>
        <w:gridCol w:w="7920"/>
      </w:tblGrid>
      <w:tr w:rsidR="00FF12E5" w14:paraId="228FF9D1" w14:textId="77777777">
        <w:trPr>
          <w:cantSplit/>
          <w:tblHeader/>
        </w:trPr>
        <w:tc>
          <w:tcPr>
            <w:tcW w:w="2880" w:type="dxa"/>
            <w:shd w:val="clear" w:color="auto" w:fill="DBE8F0"/>
            <w:vAlign w:val="center"/>
          </w:tcPr>
          <w:p w14:paraId="42B7EECB" w14:textId="77777777" w:rsidR="00FF12E5" w:rsidRDefault="008C39FF">
            <w:pPr>
              <w:spacing w:before="40" w:after="40" w:line="240" w:lineRule="auto"/>
            </w:pPr>
            <w:r>
              <w:rPr>
                <w:b/>
              </w:rPr>
              <w:t>File</w:t>
            </w:r>
          </w:p>
        </w:tc>
        <w:tc>
          <w:tcPr>
            <w:tcW w:w="7920" w:type="dxa"/>
            <w:shd w:val="clear" w:color="auto" w:fill="DBE8F0"/>
            <w:vAlign w:val="center"/>
          </w:tcPr>
          <w:p w14:paraId="2550A9D4" w14:textId="77777777" w:rsidR="00FF12E5" w:rsidRDefault="008C39FF">
            <w:pPr>
              <w:spacing w:before="40" w:after="40" w:line="240" w:lineRule="auto"/>
            </w:pPr>
            <w:r>
              <w:rPr>
                <w:b/>
              </w:rPr>
              <w:t>Use</w:t>
            </w:r>
          </w:p>
        </w:tc>
      </w:tr>
      <w:tr w:rsidR="00FF12E5" w14:paraId="3D8F6BB5" w14:textId="77777777">
        <w:trPr>
          <w:cantSplit/>
        </w:trPr>
        <w:tc>
          <w:tcPr>
            <w:tcW w:w="2880" w:type="dxa"/>
            <w:vAlign w:val="center"/>
          </w:tcPr>
          <w:p w14:paraId="086F8B90" w14:textId="77777777" w:rsidR="00FF12E5" w:rsidRDefault="008C39FF">
            <w:pPr>
              <w:spacing w:before="40" w:after="40" w:line="240" w:lineRule="auto"/>
            </w:pPr>
            <w:r>
              <w:t>01 Training Manual</w:t>
            </w:r>
          </w:p>
        </w:tc>
        <w:tc>
          <w:tcPr>
            <w:tcW w:w="7920" w:type="dxa"/>
            <w:vAlign w:val="center"/>
          </w:tcPr>
          <w:p w14:paraId="3A49D57A" w14:textId="77777777" w:rsidR="00FF12E5" w:rsidRDefault="008C39FF">
            <w:pPr>
              <w:spacing w:before="40" w:after="40" w:line="240" w:lineRule="auto"/>
            </w:pPr>
            <w:r>
              <w:t>Requirements, responsibility assignments, timing, chairperson scripts, exception handling, tra</w:t>
            </w:r>
            <w:r>
              <w:t>ining exercises, and quality controls.</w:t>
            </w:r>
          </w:p>
        </w:tc>
      </w:tr>
      <w:tr w:rsidR="00FF12E5" w14:paraId="26EFC3F0" w14:textId="77777777">
        <w:trPr>
          <w:cantSplit/>
        </w:trPr>
        <w:tc>
          <w:tcPr>
            <w:tcW w:w="2880" w:type="dxa"/>
            <w:vAlign w:val="center"/>
          </w:tcPr>
          <w:p w14:paraId="4223D60C" w14:textId="77777777" w:rsidR="00FF12E5" w:rsidRDefault="008C39FF">
            <w:pPr>
              <w:spacing w:before="40" w:after="40" w:line="240" w:lineRule="auto"/>
            </w:pPr>
            <w:r>
              <w:t>02 Notice and Hearing Forms</w:t>
            </w:r>
          </w:p>
        </w:tc>
        <w:tc>
          <w:tcPr>
            <w:tcW w:w="7920" w:type="dxa"/>
            <w:vAlign w:val="center"/>
          </w:tcPr>
          <w:p w14:paraId="73D75549" w14:textId="77777777" w:rsidR="00FF12E5" w:rsidRDefault="008C39FF">
            <w:pPr>
              <w:spacing w:before="40" w:after="40" w:line="240" w:lineRule="auto"/>
            </w:pPr>
            <w:r>
              <w:t>F01–F12 editable forms for preparation, notices, agenda, committee eligibility, case decisions, affidavit, minutes, and delivery tracking.</w:t>
            </w:r>
          </w:p>
        </w:tc>
      </w:tr>
      <w:tr w:rsidR="00FF12E5" w14:paraId="0B9CA0CC" w14:textId="77777777">
        <w:trPr>
          <w:cantSplit/>
        </w:trPr>
        <w:tc>
          <w:tcPr>
            <w:tcW w:w="2880" w:type="dxa"/>
            <w:vAlign w:val="center"/>
          </w:tcPr>
          <w:p w14:paraId="573C8FC0" w14:textId="77777777" w:rsidR="00FF12E5" w:rsidRDefault="008C39FF">
            <w:pPr>
              <w:spacing w:before="40" w:after="40" w:line="240" w:lineRule="auto"/>
            </w:pPr>
            <w:r>
              <w:t>03 Decision Letter Templates</w:t>
            </w:r>
          </w:p>
        </w:tc>
        <w:tc>
          <w:tcPr>
            <w:tcW w:w="7920" w:type="dxa"/>
            <w:vAlign w:val="center"/>
          </w:tcPr>
          <w:p w14:paraId="4963901E" w14:textId="77777777" w:rsidR="00FF12E5" w:rsidRDefault="008C39FF">
            <w:pPr>
              <w:spacing w:before="40" w:after="40" w:line="240" w:lineRule="auto"/>
            </w:pPr>
            <w:r>
              <w:t xml:space="preserve">L01 and L02 HOA </w:t>
            </w:r>
            <w:r>
              <w:t>member decision letters; L03 required findings attachment; L04 nonimposition letter; L05 and L06 Board reports.</w:t>
            </w:r>
          </w:p>
        </w:tc>
      </w:tr>
      <w:tr w:rsidR="00FF12E5" w14:paraId="063DF9CD" w14:textId="77777777">
        <w:trPr>
          <w:cantSplit/>
        </w:trPr>
        <w:tc>
          <w:tcPr>
            <w:tcW w:w="2880" w:type="dxa"/>
            <w:vAlign w:val="center"/>
          </w:tcPr>
          <w:p w14:paraId="12D17A0B" w14:textId="77777777" w:rsidR="00FF12E5" w:rsidRDefault="008C39FF">
            <w:pPr>
              <w:spacing w:before="40" w:after="40" w:line="240" w:lineRule="auto"/>
            </w:pPr>
            <w:r>
              <w:t>04 and 05 Overview Handouts</w:t>
            </w:r>
          </w:p>
        </w:tc>
        <w:tc>
          <w:tcPr>
            <w:tcW w:w="7920" w:type="dxa"/>
            <w:vAlign w:val="center"/>
          </w:tcPr>
          <w:p w14:paraId="0943B9DD" w14:textId="77777777" w:rsidR="00FF12E5" w:rsidRDefault="008C39FF">
            <w:pPr>
              <w:spacing w:before="40" w:after="40" w:line="240" w:lineRule="auto"/>
            </w:pPr>
            <w:r>
              <w:t>Separate committee and owner handouts, each with an editable flowchart, deadline timeline and preparation checklist</w:t>
            </w:r>
            <w:r>
              <w:t>.</w:t>
            </w:r>
          </w:p>
        </w:tc>
      </w:tr>
    </w:tbl>
    <w:p w14:paraId="12A4EEE3" w14:textId="77777777" w:rsidR="00FF12E5" w:rsidRDefault="00FF12E5"/>
    <w:p w14:paraId="5C6D43E5" w14:textId="77777777" w:rsidR="00FF12E5" w:rsidRDefault="008C39FF">
      <w:pPr>
        <w:pStyle w:val="Heading2"/>
      </w:pPr>
      <w:r>
        <w:t>How to use the forms</w:t>
      </w:r>
    </w:p>
    <w:p w14:paraId="66D28254" w14:textId="77777777" w:rsidR="00FF12E5" w:rsidRDefault="008C39FF">
      <w:r>
        <w:t>We have included reusable forms for your association. Copy the form you need and replace each bracketed field with verified information. Use your association’s legal name, current documents, official owner contacts and actual Board</w:t>
      </w:r>
      <w:r>
        <w:t xml:space="preserve"> action. Keep a separate decision record and findings attachment for each case.</w:t>
      </w:r>
    </w:p>
    <w:p w14:paraId="34DEBE10" w14:textId="77777777" w:rsidR="00FF12E5" w:rsidRDefault="008C39FF">
      <w:r>
        <w:t>Board and committee members: start with our requirements and scripts, then use H01 for orientation. Owners: use H02 to understand the process and prepare your response. The han</w:t>
      </w:r>
      <w:r>
        <w:t>douts supplement your individual notices. These examples and blank forms do not record an actual hearing.</w:t>
      </w:r>
    </w:p>
    <w:p w14:paraId="602E34B7" w14:textId="77777777" w:rsidR="00FF12E5" w:rsidRDefault="008C39FF">
      <w:pPr>
        <w:pStyle w:val="Heading2"/>
      </w:pPr>
      <w:r>
        <w:t>Training session plan</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008"/>
        <w:gridCol w:w="3816"/>
        <w:gridCol w:w="5976"/>
      </w:tblGrid>
      <w:tr w:rsidR="00FF12E5" w14:paraId="1A833BA6" w14:textId="77777777">
        <w:trPr>
          <w:cantSplit/>
          <w:tblHeader/>
        </w:trPr>
        <w:tc>
          <w:tcPr>
            <w:tcW w:w="1008" w:type="dxa"/>
            <w:shd w:val="clear" w:color="auto" w:fill="DBE8F0"/>
            <w:vAlign w:val="center"/>
          </w:tcPr>
          <w:p w14:paraId="67A94691" w14:textId="77777777" w:rsidR="00FF12E5" w:rsidRDefault="008C39FF">
            <w:pPr>
              <w:spacing w:before="40" w:after="40" w:line="240" w:lineRule="auto"/>
            </w:pPr>
            <w:r>
              <w:rPr>
                <w:b/>
              </w:rPr>
              <w:t>Minutes</w:t>
            </w:r>
          </w:p>
        </w:tc>
        <w:tc>
          <w:tcPr>
            <w:tcW w:w="3816" w:type="dxa"/>
            <w:shd w:val="clear" w:color="auto" w:fill="DBE8F0"/>
            <w:vAlign w:val="center"/>
          </w:tcPr>
          <w:p w14:paraId="64050CB4" w14:textId="77777777" w:rsidR="00FF12E5" w:rsidRDefault="008C39FF">
            <w:pPr>
              <w:spacing w:before="40" w:after="40" w:line="240" w:lineRule="auto"/>
            </w:pPr>
            <w:r>
              <w:rPr>
                <w:b/>
              </w:rPr>
              <w:t>Activity</w:t>
            </w:r>
          </w:p>
        </w:tc>
        <w:tc>
          <w:tcPr>
            <w:tcW w:w="5976" w:type="dxa"/>
            <w:shd w:val="clear" w:color="auto" w:fill="DBE8F0"/>
            <w:vAlign w:val="center"/>
          </w:tcPr>
          <w:p w14:paraId="30C5420A" w14:textId="77777777" w:rsidR="00FF12E5" w:rsidRDefault="008C39FF">
            <w:pPr>
              <w:spacing w:before="40" w:after="40" w:line="240" w:lineRule="auto"/>
            </w:pPr>
            <w:r>
              <w:rPr>
                <w:b/>
              </w:rPr>
              <w:t>Expected result</w:t>
            </w:r>
          </w:p>
        </w:tc>
      </w:tr>
      <w:tr w:rsidR="00FF12E5" w14:paraId="63F59C24" w14:textId="77777777">
        <w:trPr>
          <w:cantSplit/>
        </w:trPr>
        <w:tc>
          <w:tcPr>
            <w:tcW w:w="1008" w:type="dxa"/>
            <w:vAlign w:val="center"/>
          </w:tcPr>
          <w:p w14:paraId="379403C1" w14:textId="77777777" w:rsidR="00FF12E5" w:rsidRDefault="008C39FF">
            <w:pPr>
              <w:spacing w:before="40" w:after="40" w:line="240" w:lineRule="auto"/>
            </w:pPr>
            <w:r>
              <w:t>0–15</w:t>
            </w:r>
          </w:p>
        </w:tc>
        <w:tc>
          <w:tcPr>
            <w:tcW w:w="3816" w:type="dxa"/>
            <w:vAlign w:val="center"/>
          </w:tcPr>
          <w:p w14:paraId="4460E2A6" w14:textId="77777777" w:rsidR="00FF12E5" w:rsidRDefault="008C39FF">
            <w:pPr>
              <w:spacing w:before="40" w:after="40" w:line="240" w:lineRule="auto"/>
            </w:pPr>
            <w:r>
              <w:t>Requirements and roles</w:t>
            </w:r>
          </w:p>
        </w:tc>
        <w:tc>
          <w:tcPr>
            <w:tcW w:w="5976" w:type="dxa"/>
            <w:vAlign w:val="center"/>
          </w:tcPr>
          <w:p w14:paraId="53E3C47C" w14:textId="77777777" w:rsidR="00FF12E5" w:rsidRDefault="008C39FF">
            <w:pPr>
              <w:spacing w:before="40" w:after="40" w:line="240" w:lineRule="auto"/>
            </w:pPr>
            <w:r>
              <w:t>Identify who may vote and when a fine is barred.</w:t>
            </w:r>
          </w:p>
        </w:tc>
      </w:tr>
      <w:tr w:rsidR="00FF12E5" w14:paraId="51BBE7D0" w14:textId="77777777">
        <w:trPr>
          <w:cantSplit/>
        </w:trPr>
        <w:tc>
          <w:tcPr>
            <w:tcW w:w="1008" w:type="dxa"/>
            <w:vAlign w:val="center"/>
          </w:tcPr>
          <w:p w14:paraId="6073FBC6" w14:textId="77777777" w:rsidR="00FF12E5" w:rsidRDefault="008C39FF">
            <w:pPr>
              <w:spacing w:before="40" w:after="40" w:line="240" w:lineRule="auto"/>
            </w:pPr>
            <w:r>
              <w:t>15–30</w:t>
            </w:r>
          </w:p>
        </w:tc>
        <w:tc>
          <w:tcPr>
            <w:tcW w:w="3816" w:type="dxa"/>
            <w:vAlign w:val="center"/>
          </w:tcPr>
          <w:p w14:paraId="5C8ECDF1" w14:textId="77777777" w:rsidR="00FF12E5" w:rsidRDefault="008C39FF">
            <w:pPr>
              <w:spacing w:before="40" w:after="40" w:line="240" w:lineRule="auto"/>
            </w:pPr>
            <w:r>
              <w:t>Preparation and notice practice</w:t>
            </w:r>
          </w:p>
        </w:tc>
        <w:tc>
          <w:tcPr>
            <w:tcW w:w="5976" w:type="dxa"/>
            <w:vAlign w:val="center"/>
          </w:tcPr>
          <w:p w14:paraId="6D7F8FC8" w14:textId="77777777" w:rsidR="00FF12E5" w:rsidRDefault="008C39FF">
            <w:pPr>
              <w:spacing w:before="40" w:after="40" w:line="240" w:lineRule="auto"/>
            </w:pPr>
            <w:r>
              <w:t>Complete F01–F06 and identify missing notice facts.</w:t>
            </w:r>
          </w:p>
        </w:tc>
      </w:tr>
      <w:tr w:rsidR="00FF12E5" w14:paraId="1D844396" w14:textId="77777777">
        <w:trPr>
          <w:cantSplit/>
        </w:trPr>
        <w:tc>
          <w:tcPr>
            <w:tcW w:w="1008" w:type="dxa"/>
            <w:vAlign w:val="center"/>
          </w:tcPr>
          <w:p w14:paraId="30B8EFA7" w14:textId="77777777" w:rsidR="00FF12E5" w:rsidRDefault="008C39FF">
            <w:pPr>
              <w:spacing w:before="40" w:after="40" w:line="240" w:lineRule="auto"/>
            </w:pPr>
            <w:r>
              <w:t>30–55</w:t>
            </w:r>
          </w:p>
        </w:tc>
        <w:tc>
          <w:tcPr>
            <w:tcW w:w="3816" w:type="dxa"/>
            <w:vAlign w:val="center"/>
          </w:tcPr>
          <w:p w14:paraId="41CEB262" w14:textId="77777777" w:rsidR="00FF12E5" w:rsidRDefault="008C39FF">
            <w:pPr>
              <w:spacing w:before="40" w:after="40" w:line="240" w:lineRule="auto"/>
            </w:pPr>
            <w:r>
              <w:t>Mock hearing using scripts</w:t>
            </w:r>
          </w:p>
        </w:tc>
        <w:tc>
          <w:tcPr>
            <w:tcW w:w="5976" w:type="dxa"/>
            <w:vAlign w:val="center"/>
          </w:tcPr>
          <w:p w14:paraId="319E35D7" w14:textId="77777777" w:rsidR="00FF12E5" w:rsidRDefault="008C39FF">
            <w:pPr>
              <w:spacing w:before="40" w:after="40" w:line="240" w:lineRule="auto"/>
            </w:pPr>
            <w:r>
              <w:t>Complete F07 and F08 from announced votes.</w:t>
            </w:r>
          </w:p>
        </w:tc>
      </w:tr>
      <w:tr w:rsidR="00FF12E5" w14:paraId="2F2EEDA1" w14:textId="77777777">
        <w:trPr>
          <w:cantSplit/>
        </w:trPr>
        <w:tc>
          <w:tcPr>
            <w:tcW w:w="1008" w:type="dxa"/>
            <w:vAlign w:val="center"/>
          </w:tcPr>
          <w:p w14:paraId="76219A18" w14:textId="77777777" w:rsidR="00FF12E5" w:rsidRDefault="008C39FF">
            <w:pPr>
              <w:spacing w:before="40" w:after="40" w:line="240" w:lineRule="auto"/>
            </w:pPr>
            <w:r>
              <w:t>55–70</w:t>
            </w:r>
          </w:p>
        </w:tc>
        <w:tc>
          <w:tcPr>
            <w:tcW w:w="3816" w:type="dxa"/>
            <w:vAlign w:val="center"/>
          </w:tcPr>
          <w:p w14:paraId="02218B4D" w14:textId="77777777" w:rsidR="00FF12E5" w:rsidRDefault="008C39FF">
            <w:pPr>
              <w:spacing w:before="40" w:after="40" w:line="240" w:lineRule="auto"/>
            </w:pPr>
            <w:r>
              <w:t>Letters and accounting</w:t>
            </w:r>
          </w:p>
        </w:tc>
        <w:tc>
          <w:tcPr>
            <w:tcW w:w="5976" w:type="dxa"/>
            <w:vAlign w:val="center"/>
          </w:tcPr>
          <w:p w14:paraId="5BE9B0C2" w14:textId="77777777" w:rsidR="00FF12E5" w:rsidRDefault="008C39FF">
            <w:pPr>
              <w:spacing w:before="40" w:after="40" w:line="240" w:lineRule="auto"/>
            </w:pPr>
            <w:r>
              <w:t>Select the correct letter and calculate delivery-based timing.</w:t>
            </w:r>
          </w:p>
        </w:tc>
      </w:tr>
      <w:tr w:rsidR="00FF12E5" w14:paraId="3A814877" w14:textId="77777777">
        <w:trPr>
          <w:cantSplit/>
        </w:trPr>
        <w:tc>
          <w:tcPr>
            <w:tcW w:w="1008" w:type="dxa"/>
            <w:vAlign w:val="center"/>
          </w:tcPr>
          <w:p w14:paraId="365EFA3A" w14:textId="77777777" w:rsidR="00FF12E5" w:rsidRDefault="008C39FF">
            <w:pPr>
              <w:spacing w:before="40" w:after="40" w:line="240" w:lineRule="auto"/>
            </w:pPr>
            <w:r>
              <w:t>7</w:t>
            </w:r>
            <w:r>
              <w:t>0–90</w:t>
            </w:r>
          </w:p>
        </w:tc>
        <w:tc>
          <w:tcPr>
            <w:tcW w:w="3816" w:type="dxa"/>
            <w:vAlign w:val="center"/>
          </w:tcPr>
          <w:p w14:paraId="74B25A82" w14:textId="77777777" w:rsidR="00FF12E5" w:rsidRDefault="008C39FF">
            <w:pPr>
              <w:spacing w:before="40" w:after="40" w:line="240" w:lineRule="auto"/>
            </w:pPr>
            <w:r>
              <w:t>Scenario review and knowledge check</w:t>
            </w:r>
          </w:p>
        </w:tc>
        <w:tc>
          <w:tcPr>
            <w:tcW w:w="5976" w:type="dxa"/>
            <w:vAlign w:val="center"/>
          </w:tcPr>
          <w:p w14:paraId="79472C74" w14:textId="77777777" w:rsidR="00FF12E5" w:rsidRDefault="008C39FF">
            <w:pPr>
              <w:spacing w:before="40" w:after="40" w:line="240" w:lineRule="auto"/>
            </w:pPr>
            <w:r>
              <w:t>Explain the decision and complete the release checklist.</w:t>
            </w:r>
          </w:p>
        </w:tc>
      </w:tr>
    </w:tbl>
    <w:p w14:paraId="0CC5CD7B" w14:textId="77777777" w:rsidR="00FF12E5" w:rsidRDefault="00FF12E5"/>
    <w:p w14:paraId="1B68AFC4" w14:textId="77777777" w:rsidR="00FF12E5" w:rsidRDefault="008C39FF">
      <w:r>
        <w:t>We distinguish Florida statutory requirements from our operating practices. Before you use a form, check your association’s documents and any later amendments to §§720.305 and 720.303, Florida Statutes.</w:t>
      </w:r>
    </w:p>
    <w:p w14:paraId="1A2BC201" w14:textId="77777777" w:rsidR="00FF12E5" w:rsidRDefault="008C39FF">
      <w:r>
        <w:br w:type="page"/>
      </w:r>
    </w:p>
    <w:p w14:paraId="1BBE6500" w14:textId="77777777" w:rsidR="00FF12E5" w:rsidRDefault="008C39FF">
      <w:r>
        <w:rPr>
          <w:b/>
        </w:rPr>
        <w:lastRenderedPageBreak/>
        <w:t>TRAINING 1</w:t>
      </w:r>
    </w:p>
    <w:p w14:paraId="72357329" w14:textId="77777777" w:rsidR="00FF12E5" w:rsidRDefault="008C39FF">
      <w:pPr>
        <w:pStyle w:val="Title"/>
      </w:pPr>
      <w:r>
        <w:t>Requirements and decision boundaries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944"/>
        <w:gridCol w:w="6912"/>
        <w:gridCol w:w="1944"/>
      </w:tblGrid>
      <w:tr w:rsidR="00FF12E5" w14:paraId="054A2468" w14:textId="77777777">
        <w:trPr>
          <w:cantSplit/>
          <w:tblHeader/>
        </w:trPr>
        <w:tc>
          <w:tcPr>
            <w:tcW w:w="1944" w:type="dxa"/>
            <w:shd w:val="clear" w:color="auto" w:fill="DBE8F0"/>
            <w:vAlign w:val="center"/>
          </w:tcPr>
          <w:p w14:paraId="078FD4A6" w14:textId="77777777" w:rsidR="00FF12E5" w:rsidRDefault="008C39FF">
            <w:pPr>
              <w:spacing w:before="40" w:after="40" w:line="240" w:lineRule="auto"/>
            </w:pPr>
            <w:r>
              <w:rPr>
                <w:b/>
              </w:rPr>
              <w:t>Requirement</w:t>
            </w:r>
          </w:p>
        </w:tc>
        <w:tc>
          <w:tcPr>
            <w:tcW w:w="6912" w:type="dxa"/>
            <w:shd w:val="clear" w:color="auto" w:fill="DBE8F0"/>
            <w:vAlign w:val="center"/>
          </w:tcPr>
          <w:p w14:paraId="33DD9562" w14:textId="77777777" w:rsidR="00FF12E5" w:rsidRDefault="008C39FF">
            <w:pPr>
              <w:spacing w:before="40" w:after="40" w:line="240" w:lineRule="auto"/>
            </w:pPr>
            <w:r>
              <w:rPr>
                <w:b/>
              </w:rPr>
              <w:t>Application</w:t>
            </w:r>
          </w:p>
        </w:tc>
        <w:tc>
          <w:tcPr>
            <w:tcW w:w="1944" w:type="dxa"/>
            <w:shd w:val="clear" w:color="auto" w:fill="DBE8F0"/>
            <w:vAlign w:val="center"/>
          </w:tcPr>
          <w:p w14:paraId="56B8A977" w14:textId="77777777" w:rsidR="00FF12E5" w:rsidRDefault="008C39FF">
            <w:pPr>
              <w:spacing w:before="40" w:after="40" w:line="240" w:lineRule="auto"/>
            </w:pPr>
            <w:r>
              <w:rPr>
                <w:b/>
              </w:rPr>
              <w:t>Authority</w:t>
            </w:r>
          </w:p>
        </w:tc>
      </w:tr>
      <w:tr w:rsidR="00FF12E5" w14:paraId="201955D6" w14:textId="77777777">
        <w:trPr>
          <w:cantSplit/>
        </w:trPr>
        <w:tc>
          <w:tcPr>
            <w:tcW w:w="1944" w:type="dxa"/>
            <w:vAlign w:val="center"/>
          </w:tcPr>
          <w:p w14:paraId="08636C06" w14:textId="77777777" w:rsidR="00FF12E5" w:rsidRDefault="008C39FF">
            <w:pPr>
              <w:spacing w:before="40" w:after="40" w:line="240" w:lineRule="auto"/>
            </w:pPr>
            <w:r>
              <w:t>Board action first</w:t>
            </w:r>
          </w:p>
        </w:tc>
        <w:tc>
          <w:tcPr>
            <w:tcW w:w="6912" w:type="dxa"/>
            <w:vAlign w:val="center"/>
          </w:tcPr>
          <w:p w14:paraId="6933C52B" w14:textId="77777777" w:rsidR="00FF12E5" w:rsidRDefault="008C39FF">
            <w:pPr>
              <w:spacing w:before="40" w:after="40" w:line="240" w:lineRule="auto"/>
            </w:pPr>
            <w:r>
              <w:t>The Board levies a specific proposed fine. Document the case, amount, basis, and vote before sending the hearing notice.</w:t>
            </w:r>
          </w:p>
        </w:tc>
        <w:tc>
          <w:tcPr>
            <w:tcW w:w="1944" w:type="dxa"/>
            <w:vAlign w:val="center"/>
          </w:tcPr>
          <w:p w14:paraId="021FFC29" w14:textId="77777777" w:rsidR="00FF12E5" w:rsidRDefault="008C39FF">
            <w:pPr>
              <w:spacing w:before="40" w:after="40" w:line="240" w:lineRule="auto"/>
            </w:pPr>
            <w:r>
              <w:t>§720.305(2)(b)–(c)</w:t>
            </w:r>
          </w:p>
        </w:tc>
      </w:tr>
      <w:tr w:rsidR="00FF12E5" w14:paraId="685F402D" w14:textId="77777777">
        <w:trPr>
          <w:cantSplit/>
        </w:trPr>
        <w:tc>
          <w:tcPr>
            <w:tcW w:w="1944" w:type="dxa"/>
            <w:vAlign w:val="center"/>
          </w:tcPr>
          <w:p w14:paraId="06FEBB47" w14:textId="77777777" w:rsidR="00FF12E5" w:rsidRDefault="008C39FF">
            <w:pPr>
              <w:spacing w:before="40" w:after="40" w:line="240" w:lineRule="auto"/>
            </w:pPr>
            <w:r>
              <w:t>Independent committee</w:t>
            </w:r>
          </w:p>
        </w:tc>
        <w:tc>
          <w:tcPr>
            <w:tcW w:w="6912" w:type="dxa"/>
            <w:vAlign w:val="center"/>
          </w:tcPr>
          <w:p w14:paraId="756356AD" w14:textId="77777777" w:rsidR="00FF12E5" w:rsidRDefault="008C39FF">
            <w:pPr>
              <w:spacing w:before="40" w:after="40" w:line="240" w:lineRule="auto"/>
            </w:pPr>
            <w:r>
              <w:t xml:space="preserve">At least three </w:t>
            </w:r>
            <w:r>
              <w:t>Board-appointed members. Exclude association officers, directors, employees and their spouses, parents, children, brothers, or sisters.</w:t>
            </w:r>
          </w:p>
        </w:tc>
        <w:tc>
          <w:tcPr>
            <w:tcW w:w="1944" w:type="dxa"/>
            <w:vAlign w:val="center"/>
          </w:tcPr>
          <w:p w14:paraId="7F011A6A" w14:textId="77777777" w:rsidR="00FF12E5" w:rsidRDefault="008C39FF">
            <w:pPr>
              <w:spacing w:before="40" w:after="40" w:line="240" w:lineRule="auto"/>
            </w:pPr>
            <w:r>
              <w:t>§720.305(2)(b)</w:t>
            </w:r>
          </w:p>
        </w:tc>
      </w:tr>
      <w:tr w:rsidR="00FF12E5" w14:paraId="1E237E62" w14:textId="77777777">
        <w:trPr>
          <w:cantSplit/>
        </w:trPr>
        <w:tc>
          <w:tcPr>
            <w:tcW w:w="1944" w:type="dxa"/>
            <w:vAlign w:val="center"/>
          </w:tcPr>
          <w:p w14:paraId="292DFF4D" w14:textId="77777777" w:rsidR="00FF12E5" w:rsidRDefault="008C39FF">
            <w:pPr>
              <w:spacing w:before="40" w:after="40" w:line="240" w:lineRule="auto"/>
            </w:pPr>
            <w:r>
              <w:t>Advance written notice</w:t>
            </w:r>
          </w:p>
        </w:tc>
        <w:tc>
          <w:tcPr>
            <w:tcW w:w="6912" w:type="dxa"/>
            <w:vAlign w:val="center"/>
          </w:tcPr>
          <w:p w14:paraId="64A7F799" w14:textId="77777777" w:rsidR="00FF12E5" w:rsidRDefault="008C39FF">
            <w:pPr>
              <w:spacing w:before="40" w:after="40" w:line="240" w:lineRule="auto"/>
            </w:pPr>
            <w:r>
              <w:t>Provide at least 14 days’ written notice of the right to a hearing to the designa</w:t>
            </w:r>
            <w:r>
              <w:t>ted owner mailing or email address in official records; include other applicable persons sought to be fined.</w:t>
            </w:r>
          </w:p>
        </w:tc>
        <w:tc>
          <w:tcPr>
            <w:tcW w:w="1944" w:type="dxa"/>
            <w:vAlign w:val="center"/>
          </w:tcPr>
          <w:p w14:paraId="1AD2A57D" w14:textId="77777777" w:rsidR="00FF12E5" w:rsidRDefault="008C39FF">
            <w:pPr>
              <w:spacing w:before="40" w:after="40" w:line="240" w:lineRule="auto"/>
            </w:pPr>
            <w:r>
              <w:t>§720.305(2)(b)</w:t>
            </w:r>
          </w:p>
        </w:tc>
      </w:tr>
      <w:tr w:rsidR="00FF12E5" w14:paraId="36605334" w14:textId="77777777">
        <w:trPr>
          <w:cantSplit/>
        </w:trPr>
        <w:tc>
          <w:tcPr>
            <w:tcW w:w="1944" w:type="dxa"/>
            <w:vAlign w:val="center"/>
          </w:tcPr>
          <w:p w14:paraId="52B44480" w14:textId="77777777" w:rsidR="00FF12E5" w:rsidRDefault="008C39FF">
            <w:pPr>
              <w:spacing w:before="40" w:after="40" w:line="240" w:lineRule="auto"/>
            </w:pPr>
            <w:r>
              <w:t>Hearing deadline and access</w:t>
            </w:r>
          </w:p>
        </w:tc>
        <w:tc>
          <w:tcPr>
            <w:tcW w:w="6912" w:type="dxa"/>
            <w:vAlign w:val="center"/>
          </w:tcPr>
          <w:p w14:paraId="68B4C69A" w14:textId="77777777" w:rsidR="00FF12E5" w:rsidRDefault="008C39FF">
            <w:pPr>
              <w:spacing w:before="40" w:after="40" w:line="240" w:lineRule="auto"/>
            </w:pPr>
            <w:r>
              <w:t>Hold the hearing within 90 days after notice issuance. Include violation, cure action if applicable, da</w:t>
            </w:r>
            <w:r>
              <w:t>te, location, and remote access. Owner has a right to attend remotely.</w:t>
            </w:r>
          </w:p>
        </w:tc>
        <w:tc>
          <w:tcPr>
            <w:tcW w:w="1944" w:type="dxa"/>
            <w:vAlign w:val="center"/>
          </w:tcPr>
          <w:p w14:paraId="7A33F58E" w14:textId="77777777" w:rsidR="00FF12E5" w:rsidRDefault="008C39FF">
            <w:pPr>
              <w:spacing w:before="40" w:after="40" w:line="240" w:lineRule="auto"/>
            </w:pPr>
            <w:r>
              <w:t>§720.305(2)(b)</w:t>
            </w:r>
          </w:p>
        </w:tc>
      </w:tr>
      <w:tr w:rsidR="00FF12E5" w14:paraId="5066924F" w14:textId="77777777">
        <w:trPr>
          <w:cantSplit/>
        </w:trPr>
        <w:tc>
          <w:tcPr>
            <w:tcW w:w="1944" w:type="dxa"/>
            <w:vAlign w:val="center"/>
          </w:tcPr>
          <w:p w14:paraId="2864CD3B" w14:textId="77777777" w:rsidR="00FF12E5" w:rsidRDefault="008C39FF">
            <w:pPr>
              <w:spacing w:before="40" w:after="40" w:line="240" w:lineRule="auto"/>
            </w:pPr>
            <w:r>
              <w:t>Limited committee authority</w:t>
            </w:r>
          </w:p>
        </w:tc>
        <w:tc>
          <w:tcPr>
            <w:tcW w:w="6912" w:type="dxa"/>
            <w:vAlign w:val="center"/>
          </w:tcPr>
          <w:p w14:paraId="3E221405" w14:textId="77777777" w:rsidR="00FF12E5" w:rsidRDefault="008C39FF">
            <w:pPr>
              <w:spacing w:before="40" w:after="40" w:line="240" w:lineRule="auto"/>
            </w:pPr>
            <w:r>
              <w:t>Confirm or reject the Board’s proposed fine by majority vote. Do not negotiate a different amount, add a new violation, or create a new penal</w:t>
            </w:r>
            <w:r>
              <w:t>ty.</w:t>
            </w:r>
          </w:p>
        </w:tc>
        <w:tc>
          <w:tcPr>
            <w:tcW w:w="1944" w:type="dxa"/>
            <w:vAlign w:val="center"/>
          </w:tcPr>
          <w:p w14:paraId="3C66D783" w14:textId="77777777" w:rsidR="00FF12E5" w:rsidRDefault="008C39FF">
            <w:pPr>
              <w:spacing w:before="40" w:after="40" w:line="240" w:lineRule="auto"/>
            </w:pPr>
            <w:r>
              <w:t>§720.305(2)(c)</w:t>
            </w:r>
          </w:p>
        </w:tc>
      </w:tr>
      <w:tr w:rsidR="00FF12E5" w14:paraId="72CD1B34" w14:textId="77777777">
        <w:trPr>
          <w:cantSplit/>
        </w:trPr>
        <w:tc>
          <w:tcPr>
            <w:tcW w:w="1944" w:type="dxa"/>
            <w:vAlign w:val="center"/>
          </w:tcPr>
          <w:p w14:paraId="0A07B2C0" w14:textId="77777777" w:rsidR="00FF12E5" w:rsidRDefault="008C39FF">
            <w:pPr>
              <w:spacing w:before="40" w:after="40" w:line="240" w:lineRule="auto"/>
            </w:pPr>
            <w:r>
              <w:t>Written findings</w:t>
            </w:r>
          </w:p>
        </w:tc>
        <w:tc>
          <w:tcPr>
            <w:tcW w:w="6912" w:type="dxa"/>
            <w:vAlign w:val="center"/>
          </w:tcPr>
          <w:p w14:paraId="64611F41" w14:textId="77777777" w:rsidR="00FF12E5" w:rsidRDefault="008C39FF">
            <w:pPr>
              <w:spacing w:before="40" w:after="40" w:line="240" w:lineRule="auto"/>
            </w:pPr>
            <w:r>
              <w:t>Provide findings within 7 days after the hearing, including approved or rejected penalty and applicable cure instructions or payment date.</w:t>
            </w:r>
          </w:p>
        </w:tc>
        <w:tc>
          <w:tcPr>
            <w:tcW w:w="1944" w:type="dxa"/>
            <w:vAlign w:val="center"/>
          </w:tcPr>
          <w:p w14:paraId="7CF8E098" w14:textId="77777777" w:rsidR="00FF12E5" w:rsidRDefault="008C39FF">
            <w:pPr>
              <w:spacing w:before="40" w:after="40" w:line="240" w:lineRule="auto"/>
            </w:pPr>
            <w:r>
              <w:t>§720.305(2)(d)</w:t>
            </w:r>
          </w:p>
        </w:tc>
      </w:tr>
      <w:tr w:rsidR="00FF12E5" w14:paraId="5E0B3A9D" w14:textId="77777777">
        <w:trPr>
          <w:cantSplit/>
        </w:trPr>
        <w:tc>
          <w:tcPr>
            <w:tcW w:w="1944" w:type="dxa"/>
            <w:vAlign w:val="center"/>
          </w:tcPr>
          <w:p w14:paraId="4199A0FD" w14:textId="77777777" w:rsidR="00FF12E5" w:rsidRDefault="008C39FF">
            <w:pPr>
              <w:spacing w:before="40" w:after="40" w:line="240" w:lineRule="auto"/>
            </w:pPr>
            <w:r>
              <w:t>Cure bars imposition</w:t>
            </w:r>
          </w:p>
        </w:tc>
        <w:tc>
          <w:tcPr>
            <w:tcW w:w="6912" w:type="dxa"/>
            <w:vAlign w:val="center"/>
          </w:tcPr>
          <w:p w14:paraId="3DC1D091" w14:textId="77777777" w:rsidR="00FF12E5" w:rsidRDefault="008C39FF">
            <w:pPr>
              <w:spacing w:before="40" w:after="40" w:line="240" w:lineRule="auto"/>
            </w:pPr>
            <w:r>
              <w:t xml:space="preserve">If cured before the hearing or in the </w:t>
            </w:r>
            <w:r>
              <w:t>manner specified in the statutory notice, the fine may not be imposed. Record the cure facts and evidence.</w:t>
            </w:r>
          </w:p>
        </w:tc>
        <w:tc>
          <w:tcPr>
            <w:tcW w:w="1944" w:type="dxa"/>
            <w:vAlign w:val="center"/>
          </w:tcPr>
          <w:p w14:paraId="4F6B2F87" w14:textId="77777777" w:rsidR="00FF12E5" w:rsidRDefault="008C39FF">
            <w:pPr>
              <w:spacing w:before="40" w:after="40" w:line="240" w:lineRule="auto"/>
            </w:pPr>
            <w:r>
              <w:t>§720.305(2)(e)</w:t>
            </w:r>
          </w:p>
        </w:tc>
      </w:tr>
      <w:tr w:rsidR="00FF12E5" w14:paraId="7AD0FE52" w14:textId="77777777">
        <w:trPr>
          <w:cantSplit/>
        </w:trPr>
        <w:tc>
          <w:tcPr>
            <w:tcW w:w="1944" w:type="dxa"/>
            <w:vAlign w:val="center"/>
          </w:tcPr>
          <w:p w14:paraId="6FD47A70" w14:textId="77777777" w:rsidR="00FF12E5" w:rsidRDefault="008C39FF">
            <w:pPr>
              <w:spacing w:before="40" w:after="40" w:line="240" w:lineRule="auto"/>
            </w:pPr>
            <w:r>
              <w:t>Payment timing</w:t>
            </w:r>
          </w:p>
        </w:tc>
        <w:tc>
          <w:tcPr>
            <w:tcW w:w="6912" w:type="dxa"/>
            <w:vAlign w:val="center"/>
          </w:tcPr>
          <w:p w14:paraId="456A1FFC" w14:textId="77777777" w:rsidR="00FF12E5" w:rsidRDefault="008C39FF">
            <w:pPr>
              <w:spacing w:before="40" w:after="40" w:line="240" w:lineRule="auto"/>
            </w:pPr>
            <w:r>
              <w:t xml:space="preserve">For an uncured, approved fine, the committee sets a due date at least 30 days after delivery of the written findings. </w:t>
            </w:r>
            <w:r>
              <w:t>Track delivery, not just the letter date.</w:t>
            </w:r>
          </w:p>
        </w:tc>
        <w:tc>
          <w:tcPr>
            <w:tcW w:w="1944" w:type="dxa"/>
            <w:vAlign w:val="center"/>
          </w:tcPr>
          <w:p w14:paraId="1359E5C9" w14:textId="77777777" w:rsidR="00FF12E5" w:rsidRDefault="008C39FF">
            <w:pPr>
              <w:spacing w:before="40" w:after="40" w:line="240" w:lineRule="auto"/>
            </w:pPr>
            <w:r>
              <w:t>§720.305(2)(f)</w:t>
            </w:r>
          </w:p>
        </w:tc>
      </w:tr>
      <w:tr w:rsidR="00FF12E5" w14:paraId="39AC9FD0" w14:textId="77777777">
        <w:trPr>
          <w:cantSplit/>
        </w:trPr>
        <w:tc>
          <w:tcPr>
            <w:tcW w:w="1944" w:type="dxa"/>
            <w:vAlign w:val="center"/>
          </w:tcPr>
          <w:p w14:paraId="3EB999BC" w14:textId="77777777" w:rsidR="00FF12E5" w:rsidRDefault="008C39FF">
            <w:pPr>
              <w:spacing w:before="40" w:after="40" w:line="240" w:lineRule="auto"/>
            </w:pPr>
            <w:r>
              <w:t>Costs and appeal timing</w:t>
            </w:r>
          </w:p>
        </w:tc>
        <w:tc>
          <w:tcPr>
            <w:tcW w:w="6912" w:type="dxa"/>
            <w:vAlign w:val="center"/>
          </w:tcPr>
          <w:p w14:paraId="714B8435" w14:textId="77777777" w:rsidR="00FF12E5" w:rsidRDefault="008C39FF">
            <w:pPr>
              <w:spacing w:before="40" w:after="40" w:line="240" w:lineRule="auto"/>
            </w:pPr>
            <w:r>
              <w:t>Do not begin accruing attorney fees or costs before the noticed payment date and expiration of applicable appeal time. Do not invent an appeal period.</w:t>
            </w:r>
          </w:p>
        </w:tc>
        <w:tc>
          <w:tcPr>
            <w:tcW w:w="1944" w:type="dxa"/>
            <w:vAlign w:val="center"/>
          </w:tcPr>
          <w:p w14:paraId="791BC6F5" w14:textId="77777777" w:rsidR="00FF12E5" w:rsidRDefault="008C39FF">
            <w:pPr>
              <w:spacing w:before="40" w:after="40" w:line="240" w:lineRule="auto"/>
            </w:pPr>
            <w:r>
              <w:t>§720.305(2)(f)–(g)</w:t>
            </w:r>
          </w:p>
        </w:tc>
      </w:tr>
    </w:tbl>
    <w:p w14:paraId="2E7BBD50" w14:textId="77777777" w:rsidR="00FF12E5" w:rsidRDefault="00FF12E5"/>
    <w:p w14:paraId="5C1A7C3B" w14:textId="77777777" w:rsidR="00FF12E5" w:rsidRDefault="008C39FF">
      <w:pPr>
        <w:pStyle w:val="Heading2"/>
      </w:pPr>
      <w:r>
        <w:t>Amount and prohibited fines</w:t>
      </w:r>
    </w:p>
    <w:p w14:paraId="7F1CB8EC" w14:textId="77777777" w:rsidR="00FF12E5" w:rsidRDefault="008C39FF">
      <w:r>
        <w:t>When you serve on the Board, verify your authority for the amount proposed. The default limits are $100 per violation and $1,000 in the aggregate for a continuing violation, unless the governing documents provide otherwise. Iden</w:t>
      </w:r>
      <w:r>
        <w:t>tify the provision supporting a higher amount. A fine below $1,000 cannot become a parcel lien; reaching $1,000 does not automatically create a valid lien. We refer collection and lien questions for a separate authority review. [§720.305(2)]</w:t>
      </w:r>
    </w:p>
    <w:p w14:paraId="0BEF3F9B" w14:textId="77777777" w:rsidR="00FF12E5" w:rsidRDefault="008C39FF">
      <w:r>
        <w:t>Do not fine fo</w:t>
      </w:r>
      <w:r>
        <w:t>r garbage receptacles at the curb within 24 hours before or after the designated collection day or time. Holiday decorations or lights cannot be fined under this provision unless left up longer than one week after written violation notice. Screen other sta</w:t>
      </w:r>
      <w:r>
        <w:t>tutory protections and governing-document restrictions before enforcement. [§720.305(7)]</w:t>
      </w:r>
    </w:p>
    <w:p w14:paraId="7467D92C" w14:textId="77777777" w:rsidR="00FF12E5" w:rsidRDefault="008C39FF">
      <w:r>
        <w:br w:type="page"/>
      </w:r>
    </w:p>
    <w:p w14:paraId="4F037235" w14:textId="77777777" w:rsidR="00FF12E5" w:rsidRDefault="008C39FF">
      <w:r>
        <w:rPr>
          <w:b/>
        </w:rPr>
        <w:lastRenderedPageBreak/>
        <w:t>TRAINING 2</w:t>
      </w:r>
    </w:p>
    <w:p w14:paraId="52413398" w14:textId="77777777" w:rsidR="00FF12E5" w:rsidRDefault="008C39FF">
      <w:pPr>
        <w:pStyle w:val="Title"/>
      </w:pPr>
      <w:r>
        <w:t>Roles and meeting rules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800"/>
        <w:gridCol w:w="6984"/>
        <w:gridCol w:w="2016"/>
      </w:tblGrid>
      <w:tr w:rsidR="00FF12E5" w14:paraId="6E5C7BE9" w14:textId="77777777">
        <w:trPr>
          <w:cantSplit/>
          <w:tblHeader/>
        </w:trPr>
        <w:tc>
          <w:tcPr>
            <w:tcW w:w="1800" w:type="dxa"/>
            <w:shd w:val="clear" w:color="auto" w:fill="DBE8F0"/>
            <w:vAlign w:val="center"/>
          </w:tcPr>
          <w:p w14:paraId="2A652DFB" w14:textId="77777777" w:rsidR="00FF12E5" w:rsidRDefault="008C39FF">
            <w:pPr>
              <w:spacing w:before="40" w:after="40" w:line="240" w:lineRule="auto"/>
            </w:pPr>
            <w:r>
              <w:rPr>
                <w:b/>
              </w:rPr>
              <w:t>Role</w:t>
            </w:r>
          </w:p>
        </w:tc>
        <w:tc>
          <w:tcPr>
            <w:tcW w:w="6984" w:type="dxa"/>
            <w:shd w:val="clear" w:color="auto" w:fill="DBE8F0"/>
            <w:vAlign w:val="center"/>
          </w:tcPr>
          <w:p w14:paraId="06A1AEE8" w14:textId="77777777" w:rsidR="00FF12E5" w:rsidRDefault="008C39FF">
            <w:pPr>
              <w:spacing w:before="40" w:after="40" w:line="240" w:lineRule="auto"/>
            </w:pPr>
            <w:r>
              <w:rPr>
                <w:b/>
              </w:rPr>
              <w:t>Responsibility</w:t>
            </w:r>
          </w:p>
        </w:tc>
        <w:tc>
          <w:tcPr>
            <w:tcW w:w="2016" w:type="dxa"/>
            <w:shd w:val="clear" w:color="auto" w:fill="DBE8F0"/>
            <w:vAlign w:val="center"/>
          </w:tcPr>
          <w:p w14:paraId="03BFC104" w14:textId="77777777" w:rsidR="00FF12E5" w:rsidRDefault="008C39FF">
            <w:pPr>
              <w:spacing w:before="40" w:after="40" w:line="240" w:lineRule="auto"/>
            </w:pPr>
            <w:r>
              <w:rPr>
                <w:b/>
              </w:rPr>
              <w:t>Voting role</w:t>
            </w:r>
          </w:p>
        </w:tc>
      </w:tr>
      <w:tr w:rsidR="00FF12E5" w14:paraId="007F2838" w14:textId="77777777">
        <w:trPr>
          <w:cantSplit/>
        </w:trPr>
        <w:tc>
          <w:tcPr>
            <w:tcW w:w="1800" w:type="dxa"/>
            <w:vAlign w:val="center"/>
          </w:tcPr>
          <w:p w14:paraId="6D0A8218" w14:textId="77777777" w:rsidR="00FF12E5" w:rsidRDefault="008C39FF">
            <w:pPr>
              <w:spacing w:before="40" w:after="40" w:line="240" w:lineRule="auto"/>
            </w:pPr>
            <w:r>
              <w:t>Board of Directors</w:t>
            </w:r>
          </w:p>
        </w:tc>
        <w:tc>
          <w:tcPr>
            <w:tcW w:w="6984" w:type="dxa"/>
            <w:vAlign w:val="center"/>
          </w:tcPr>
          <w:p w14:paraId="472DB4A6" w14:textId="77777777" w:rsidR="00FF12E5" w:rsidRDefault="008C39FF">
            <w:pPr>
              <w:spacing w:before="40" w:after="40" w:line="240" w:lineRule="auto"/>
            </w:pPr>
            <w:r>
              <w:t>Appoint eligible committee members; approve the proposed fine at a properly no</w:t>
            </w:r>
            <w:r>
              <w:t>ticed Board meeting; preserve the underlying motion and supporting evidence.</w:t>
            </w:r>
          </w:p>
        </w:tc>
        <w:tc>
          <w:tcPr>
            <w:tcW w:w="2016" w:type="dxa"/>
            <w:vAlign w:val="center"/>
          </w:tcPr>
          <w:p w14:paraId="3F782DBB" w14:textId="77777777" w:rsidR="00FF12E5" w:rsidRDefault="008C39FF">
            <w:pPr>
              <w:spacing w:before="40" w:after="40" w:line="240" w:lineRule="auto"/>
            </w:pPr>
            <w:r>
              <w:t>Votes on Board action only.</w:t>
            </w:r>
          </w:p>
        </w:tc>
      </w:tr>
      <w:tr w:rsidR="00FF12E5" w14:paraId="0CA8A1F3" w14:textId="77777777">
        <w:trPr>
          <w:cantSplit/>
        </w:trPr>
        <w:tc>
          <w:tcPr>
            <w:tcW w:w="1800" w:type="dxa"/>
            <w:vAlign w:val="center"/>
          </w:tcPr>
          <w:p w14:paraId="2936922F" w14:textId="77777777" w:rsidR="00FF12E5" w:rsidRDefault="008C39FF">
            <w:pPr>
              <w:spacing w:before="40" w:after="40" w:line="240" w:lineRule="auto"/>
            </w:pPr>
            <w:r>
              <w:t>Fine Committee</w:t>
            </w:r>
          </w:p>
        </w:tc>
        <w:tc>
          <w:tcPr>
            <w:tcW w:w="6984" w:type="dxa"/>
            <w:vAlign w:val="center"/>
          </w:tcPr>
          <w:p w14:paraId="2D92E480" w14:textId="77777777" w:rsidR="00FF12E5" w:rsidRDefault="008C39FF">
            <w:pPr>
              <w:spacing w:before="40" w:after="40" w:line="240" w:lineRule="auto"/>
            </w:pPr>
            <w:r>
              <w:t xml:space="preserve">Review evidence and owner response; confirm or reject the proposed fine; make findings and set a lawful payment date where </w:t>
            </w:r>
            <w:r>
              <w:t>applicable.</w:t>
            </w:r>
          </w:p>
        </w:tc>
        <w:tc>
          <w:tcPr>
            <w:tcW w:w="2016" w:type="dxa"/>
            <w:vAlign w:val="center"/>
          </w:tcPr>
          <w:p w14:paraId="7754D628" w14:textId="77777777" w:rsidR="00FF12E5" w:rsidRDefault="008C39FF">
            <w:pPr>
              <w:spacing w:before="40" w:after="40" w:line="240" w:lineRule="auto"/>
            </w:pPr>
            <w:r>
              <w:t>Only eligible committee members vote at the hearing.</w:t>
            </w:r>
          </w:p>
        </w:tc>
      </w:tr>
      <w:tr w:rsidR="00FF12E5" w14:paraId="6F8F6DDD" w14:textId="77777777">
        <w:trPr>
          <w:cantSplit/>
        </w:trPr>
        <w:tc>
          <w:tcPr>
            <w:tcW w:w="1800" w:type="dxa"/>
            <w:vAlign w:val="center"/>
          </w:tcPr>
          <w:p w14:paraId="3C59A83E" w14:textId="77777777" w:rsidR="00FF12E5" w:rsidRDefault="008C39FF">
            <w:pPr>
              <w:spacing w:before="40" w:after="40" w:line="240" w:lineRule="auto"/>
            </w:pPr>
            <w:r>
              <w:t>Chairperson</w:t>
            </w:r>
          </w:p>
        </w:tc>
        <w:tc>
          <w:tcPr>
            <w:tcW w:w="6984" w:type="dxa"/>
            <w:vAlign w:val="center"/>
          </w:tcPr>
          <w:p w14:paraId="56981881" w14:textId="77777777" w:rsidR="00FF12E5" w:rsidRDefault="008C39FF">
            <w:pPr>
              <w:spacing w:before="40" w:after="40" w:line="240" w:lineRule="auto"/>
            </w:pPr>
            <w:r>
              <w:t>Verify attendance and quorum, run the agenda, allow a meaningful response, take an individual vote, and announce the result.</w:t>
            </w:r>
          </w:p>
        </w:tc>
        <w:tc>
          <w:tcPr>
            <w:tcW w:w="2016" w:type="dxa"/>
            <w:vAlign w:val="center"/>
          </w:tcPr>
          <w:p w14:paraId="23F0FFBB" w14:textId="77777777" w:rsidR="00FF12E5" w:rsidRDefault="008C39FF">
            <w:pPr>
              <w:spacing w:before="40" w:after="40" w:line="240" w:lineRule="auto"/>
            </w:pPr>
            <w:r>
              <w:t>Votes only as an eligible committee member.</w:t>
            </w:r>
          </w:p>
        </w:tc>
      </w:tr>
      <w:tr w:rsidR="00FF12E5" w14:paraId="72DA4E28" w14:textId="77777777">
        <w:trPr>
          <w:cantSplit/>
        </w:trPr>
        <w:tc>
          <w:tcPr>
            <w:tcW w:w="1800" w:type="dxa"/>
            <w:vAlign w:val="center"/>
          </w:tcPr>
          <w:p w14:paraId="6C76BBAE" w14:textId="77777777" w:rsidR="00FF12E5" w:rsidRDefault="008C39FF">
            <w:pPr>
              <w:spacing w:before="40" w:after="40" w:line="240" w:lineRule="auto"/>
            </w:pPr>
            <w:r>
              <w:t>Property Manager</w:t>
            </w:r>
          </w:p>
        </w:tc>
        <w:tc>
          <w:tcPr>
            <w:tcW w:w="6984" w:type="dxa"/>
            <w:vAlign w:val="center"/>
          </w:tcPr>
          <w:p w14:paraId="220B00EB" w14:textId="77777777" w:rsidR="00FF12E5" w:rsidRDefault="008C39FF">
            <w:pPr>
              <w:spacing w:before="40" w:after="40" w:line="240" w:lineRule="auto"/>
            </w:pPr>
            <w:r>
              <w:t>Prepare notices and evidence; verify delivery; coordinate access; record facts; prepare authorized letters and tasks.</w:t>
            </w:r>
          </w:p>
        </w:tc>
        <w:tc>
          <w:tcPr>
            <w:tcW w:w="2016" w:type="dxa"/>
            <w:vAlign w:val="center"/>
          </w:tcPr>
          <w:p w14:paraId="1B2EF0D8" w14:textId="77777777" w:rsidR="00FF12E5" w:rsidRDefault="008C39FF">
            <w:pPr>
              <w:spacing w:before="40" w:after="40" w:line="240" w:lineRule="auto"/>
            </w:pPr>
            <w:r>
              <w:t>No vote unless independently eligible and appointed; association employees are ineligible.</w:t>
            </w:r>
          </w:p>
        </w:tc>
      </w:tr>
      <w:tr w:rsidR="00FF12E5" w14:paraId="42FC0E4E" w14:textId="77777777">
        <w:trPr>
          <w:cantSplit/>
        </w:trPr>
        <w:tc>
          <w:tcPr>
            <w:tcW w:w="1800" w:type="dxa"/>
            <w:vAlign w:val="center"/>
          </w:tcPr>
          <w:p w14:paraId="3BF53D82" w14:textId="77777777" w:rsidR="00FF12E5" w:rsidRDefault="008C39FF">
            <w:pPr>
              <w:spacing w:before="40" w:after="40" w:line="240" w:lineRule="auto"/>
            </w:pPr>
            <w:r>
              <w:t>Owner or representative</w:t>
            </w:r>
          </w:p>
        </w:tc>
        <w:tc>
          <w:tcPr>
            <w:tcW w:w="6984" w:type="dxa"/>
            <w:vAlign w:val="center"/>
          </w:tcPr>
          <w:p w14:paraId="4A456A22" w14:textId="77777777" w:rsidR="00FF12E5" w:rsidRDefault="008C39FF">
            <w:pPr>
              <w:spacing w:before="40" w:after="40" w:line="240" w:lineRule="auto"/>
            </w:pPr>
            <w:r>
              <w:t>Prese</w:t>
            </w:r>
            <w:r>
              <w:t>nt evidence, explain cure, respond to the allegation, and identify requested accommodations or procedural issues.</w:t>
            </w:r>
          </w:p>
        </w:tc>
        <w:tc>
          <w:tcPr>
            <w:tcW w:w="2016" w:type="dxa"/>
            <w:vAlign w:val="center"/>
          </w:tcPr>
          <w:p w14:paraId="6405863F" w14:textId="77777777" w:rsidR="00FF12E5" w:rsidRDefault="008C39FF">
            <w:pPr>
              <w:spacing w:before="40" w:after="40" w:line="240" w:lineRule="auto"/>
            </w:pPr>
            <w:r>
              <w:t>No committee vote by virtue of ownership or representation.</w:t>
            </w:r>
          </w:p>
        </w:tc>
      </w:tr>
      <w:tr w:rsidR="00FF12E5" w14:paraId="0A4F7ED3" w14:textId="77777777">
        <w:trPr>
          <w:cantSplit/>
        </w:trPr>
        <w:tc>
          <w:tcPr>
            <w:tcW w:w="1800" w:type="dxa"/>
            <w:vAlign w:val="center"/>
          </w:tcPr>
          <w:p w14:paraId="5ABDA3FF" w14:textId="77777777" w:rsidR="00FF12E5" w:rsidRDefault="008C39FF">
            <w:pPr>
              <w:spacing w:before="40" w:after="40" w:line="240" w:lineRule="auto"/>
            </w:pPr>
            <w:r>
              <w:t>Accounting</w:t>
            </w:r>
          </w:p>
        </w:tc>
        <w:tc>
          <w:tcPr>
            <w:tcW w:w="6984" w:type="dxa"/>
            <w:vAlign w:val="center"/>
          </w:tcPr>
          <w:p w14:paraId="3849496D" w14:textId="77777777" w:rsidR="00FF12E5" w:rsidRDefault="008C39FF">
            <w:pPr>
              <w:spacing w:before="40" w:after="40" w:line="240" w:lineRule="auto"/>
            </w:pPr>
            <w:r>
              <w:t xml:space="preserve">Post only an authorized, legally imposable amount; track due </w:t>
            </w:r>
            <w:r>
              <w:t>date, adjustments, receipts, and holds.</w:t>
            </w:r>
          </w:p>
        </w:tc>
        <w:tc>
          <w:tcPr>
            <w:tcW w:w="2016" w:type="dxa"/>
            <w:vAlign w:val="center"/>
          </w:tcPr>
          <w:p w14:paraId="6E92A1A1" w14:textId="77777777" w:rsidR="00FF12E5" w:rsidRDefault="008C39FF">
            <w:pPr>
              <w:spacing w:before="40" w:after="40" w:line="240" w:lineRule="auto"/>
            </w:pPr>
            <w:r>
              <w:t>No committee vote.</w:t>
            </w:r>
          </w:p>
        </w:tc>
      </w:tr>
      <w:tr w:rsidR="00FF12E5" w14:paraId="12D7F762" w14:textId="77777777">
        <w:trPr>
          <w:cantSplit/>
        </w:trPr>
        <w:tc>
          <w:tcPr>
            <w:tcW w:w="1800" w:type="dxa"/>
            <w:vAlign w:val="center"/>
          </w:tcPr>
          <w:p w14:paraId="26C11655" w14:textId="77777777" w:rsidR="00FF12E5" w:rsidRDefault="008C39FF">
            <w:pPr>
              <w:spacing w:before="40" w:after="40" w:line="240" w:lineRule="auto"/>
            </w:pPr>
            <w:r>
              <w:t>Counsel</w:t>
            </w:r>
          </w:p>
        </w:tc>
        <w:tc>
          <w:tcPr>
            <w:tcW w:w="6984" w:type="dxa"/>
            <w:vAlign w:val="center"/>
          </w:tcPr>
          <w:p w14:paraId="58827EC3" w14:textId="77777777" w:rsidR="00FF12E5" w:rsidRDefault="008C39FF">
            <w:pPr>
              <w:spacing w:before="40" w:after="40" w:line="240" w:lineRule="auto"/>
            </w:pPr>
            <w:r>
              <w:t>Resolve disputed authority, legal defenses, prohibited fines, ambiguous deadlines, and collection issues when referred.</w:t>
            </w:r>
          </w:p>
        </w:tc>
        <w:tc>
          <w:tcPr>
            <w:tcW w:w="2016" w:type="dxa"/>
            <w:vAlign w:val="center"/>
          </w:tcPr>
          <w:p w14:paraId="2145EE69" w14:textId="77777777" w:rsidR="00FF12E5" w:rsidRDefault="008C39FF">
            <w:pPr>
              <w:spacing w:before="40" w:after="40" w:line="240" w:lineRule="auto"/>
            </w:pPr>
            <w:r>
              <w:t>Advisory role; no vote by virtue of being counsel.</w:t>
            </w:r>
          </w:p>
        </w:tc>
      </w:tr>
    </w:tbl>
    <w:p w14:paraId="023A17CA" w14:textId="77777777" w:rsidR="00FF12E5" w:rsidRDefault="00FF12E5"/>
    <w:p w14:paraId="09AF41CE" w14:textId="77777777" w:rsidR="00FF12E5" w:rsidRDefault="008C39FF">
      <w:pPr>
        <w:pStyle w:val="Heading2"/>
      </w:pPr>
      <w:r>
        <w:t>Quorum is separ</w:t>
      </w:r>
      <w:r>
        <w:t>ate from appointment and approval</w:t>
      </w:r>
    </w:p>
    <w:p w14:paraId="237C2FC4" w14:textId="77777777" w:rsidR="00FF12E5" w:rsidRDefault="008C39FF">
      <w:r>
        <w:t>Before you conduct business, verify the bylaws and committee charter with us. Section 720.305 requires at least three appointed, eligible committee members and majority approval; it does not itself state a general committe</w:t>
      </w:r>
      <w:r>
        <w:t>e quorum formula. Our default workflow uses more than one-half of the complete eligible body, subject to the controlling rule. That is our operating practice, not statutory text. For example, three of five meet a simple-majority quorum; two of five do not.</w:t>
      </w:r>
    </w:p>
    <w:p w14:paraId="6E4137F3" w14:textId="77777777" w:rsidR="00FF12E5" w:rsidRDefault="008C39FF">
      <w:r>
        <w:t>We ask you to establish the approval threshold before the hearing. If abstentions, recusals or vacancies make the rule unclear, resolve the issue before conducting business. Record each vote actually announced. Do not count silence as an affirmative vote.</w:t>
      </w:r>
    </w:p>
    <w:p w14:paraId="570C5A5A" w14:textId="77777777" w:rsidR="00FF12E5" w:rsidRDefault="008C39FF">
      <w:pPr>
        <w:pStyle w:val="Heading2"/>
      </w:pPr>
      <w:r>
        <w:t>Board notices and committee notices are distinct</w:t>
      </w:r>
    </w:p>
    <w:p w14:paraId="0FF314AD" w14:textId="77777777" w:rsidR="00FF12E5" w:rsidRDefault="008C39FF">
      <w:r>
        <w:t>The Board meeting at which the fine is levied follows §720.303(2) and the governing documents, including applicable agenda and notice requirements. The statute generally requires conspicuous posting at leas</w:t>
      </w:r>
      <w:r>
        <w:t>t 48 hours before a Board meeting, or the authorized alternative. A routine fining committee is not automatically one of the committees to which §720.303(2) extends Board-meeting rules; review its delegated powers and the documents. Do not label every fini</w:t>
      </w:r>
      <w:r>
        <w:t>ng hearing as legally requiring 48-hour public posting.</w:t>
      </w:r>
    </w:p>
    <w:p w14:paraId="7B6CEC7D" w14:textId="77777777" w:rsidR="00FF12E5" w:rsidRDefault="008C39FF">
      <w:r>
        <w:t>Use our F03 community notice under your association’s applicable access and posting rules. It does not replace F02, the individualized 14-day hearing notice. Our forms request a complete physical loca</w:t>
      </w:r>
      <w:r>
        <w:t>tion and remote access details. The physical-location field is our workflow practice; §720.305 also permits telephone or electronic hearings.</w:t>
      </w:r>
    </w:p>
    <w:p w14:paraId="1CB967BB" w14:textId="77777777" w:rsidR="00FF12E5" w:rsidRDefault="008C39FF">
      <w:r>
        <w:br w:type="page"/>
      </w:r>
    </w:p>
    <w:p w14:paraId="0FCD2F34" w14:textId="77777777" w:rsidR="00FF12E5" w:rsidRDefault="008C39FF">
      <w:r>
        <w:rPr>
          <w:b/>
        </w:rPr>
        <w:t>TRAINING 3</w:t>
      </w:r>
    </w:p>
    <w:p w14:paraId="4D988F31" w14:textId="77777777" w:rsidR="00FF12E5" w:rsidRDefault="008C39FF">
      <w:pPr>
        <w:pStyle w:val="Title"/>
      </w:pPr>
      <w:r>
        <w:t>Preparation timeline and task assignments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800"/>
        <w:gridCol w:w="7344"/>
        <w:gridCol w:w="1656"/>
      </w:tblGrid>
      <w:tr w:rsidR="00FF12E5" w14:paraId="46E768BD" w14:textId="77777777">
        <w:trPr>
          <w:cantSplit/>
          <w:tblHeader/>
        </w:trPr>
        <w:tc>
          <w:tcPr>
            <w:tcW w:w="1800" w:type="dxa"/>
            <w:shd w:val="clear" w:color="auto" w:fill="DBE8F0"/>
            <w:vAlign w:val="center"/>
          </w:tcPr>
          <w:p w14:paraId="70BA3891" w14:textId="77777777" w:rsidR="00FF12E5" w:rsidRDefault="008C39FF">
            <w:pPr>
              <w:spacing w:before="40" w:after="40" w:line="240" w:lineRule="auto"/>
            </w:pPr>
            <w:r>
              <w:rPr>
                <w:b/>
              </w:rPr>
              <w:t>When</w:t>
            </w:r>
          </w:p>
        </w:tc>
        <w:tc>
          <w:tcPr>
            <w:tcW w:w="7344" w:type="dxa"/>
            <w:shd w:val="clear" w:color="auto" w:fill="DBE8F0"/>
            <w:vAlign w:val="center"/>
          </w:tcPr>
          <w:p w14:paraId="331916DA" w14:textId="77777777" w:rsidR="00FF12E5" w:rsidRDefault="008C39FF">
            <w:pPr>
              <w:spacing w:before="40" w:after="40" w:line="240" w:lineRule="auto"/>
            </w:pPr>
            <w:r>
              <w:rPr>
                <w:b/>
              </w:rPr>
              <w:t>Task and verification</w:t>
            </w:r>
          </w:p>
        </w:tc>
        <w:tc>
          <w:tcPr>
            <w:tcW w:w="1656" w:type="dxa"/>
            <w:shd w:val="clear" w:color="auto" w:fill="DBE8F0"/>
            <w:vAlign w:val="center"/>
          </w:tcPr>
          <w:p w14:paraId="648E6C8E" w14:textId="77777777" w:rsidR="00FF12E5" w:rsidRDefault="008C39FF">
            <w:pPr>
              <w:spacing w:before="40" w:after="40" w:line="240" w:lineRule="auto"/>
            </w:pPr>
            <w:r>
              <w:rPr>
                <w:b/>
              </w:rPr>
              <w:t>Owner</w:t>
            </w:r>
          </w:p>
        </w:tc>
      </w:tr>
      <w:tr w:rsidR="00FF12E5" w14:paraId="1ECD7868" w14:textId="77777777">
        <w:trPr>
          <w:cantSplit/>
        </w:trPr>
        <w:tc>
          <w:tcPr>
            <w:tcW w:w="1800" w:type="dxa"/>
            <w:vAlign w:val="center"/>
          </w:tcPr>
          <w:p w14:paraId="36A9FCBE" w14:textId="77777777" w:rsidR="00FF12E5" w:rsidRDefault="008C39FF">
            <w:pPr>
              <w:spacing w:before="40" w:after="40" w:line="240" w:lineRule="auto"/>
            </w:pPr>
            <w:r>
              <w:t>Before Board action</w:t>
            </w:r>
          </w:p>
        </w:tc>
        <w:tc>
          <w:tcPr>
            <w:tcW w:w="7344" w:type="dxa"/>
            <w:vAlign w:val="center"/>
          </w:tcPr>
          <w:p w14:paraId="3251D5F2" w14:textId="77777777" w:rsidR="00FF12E5" w:rsidRDefault="008C39FF">
            <w:pPr>
              <w:spacing w:before="40" w:after="40" w:line="240" w:lineRule="auto"/>
            </w:pPr>
            <w:r>
              <w:t>Verify enforceable provision, incident evidence, owner identity, prior notice requirements, protected conduct, and current cure status. Complete F01.</w:t>
            </w:r>
          </w:p>
        </w:tc>
        <w:tc>
          <w:tcPr>
            <w:tcW w:w="1656" w:type="dxa"/>
            <w:vAlign w:val="center"/>
          </w:tcPr>
          <w:p w14:paraId="0889855A" w14:textId="77777777" w:rsidR="00FF12E5" w:rsidRDefault="008C39FF">
            <w:pPr>
              <w:spacing w:before="40" w:after="40" w:line="240" w:lineRule="auto"/>
            </w:pPr>
            <w:r>
              <w:t>Property Manager</w:t>
            </w:r>
          </w:p>
        </w:tc>
      </w:tr>
      <w:tr w:rsidR="00FF12E5" w14:paraId="49110972" w14:textId="77777777">
        <w:trPr>
          <w:cantSplit/>
        </w:trPr>
        <w:tc>
          <w:tcPr>
            <w:tcW w:w="1800" w:type="dxa"/>
            <w:vAlign w:val="center"/>
          </w:tcPr>
          <w:p w14:paraId="4B90F5C9" w14:textId="77777777" w:rsidR="00FF12E5" w:rsidRDefault="008C39FF">
            <w:pPr>
              <w:spacing w:before="40" w:after="40" w:line="240" w:lineRule="auto"/>
            </w:pPr>
            <w:r>
              <w:t>At Board action</w:t>
            </w:r>
          </w:p>
        </w:tc>
        <w:tc>
          <w:tcPr>
            <w:tcW w:w="7344" w:type="dxa"/>
            <w:vAlign w:val="center"/>
          </w:tcPr>
          <w:p w14:paraId="13320F37" w14:textId="77777777" w:rsidR="00FF12E5" w:rsidRDefault="008C39FF">
            <w:pPr>
              <w:spacing w:before="40" w:after="40" w:line="240" w:lineRule="auto"/>
            </w:pPr>
            <w:r>
              <w:t xml:space="preserve">Record exact proposed fine, single or continuing basis, daily </w:t>
            </w:r>
            <w:r>
              <w:t>amount/dates/cap if applicable, and motion/vote. Confirm committee appointments.</w:t>
            </w:r>
          </w:p>
        </w:tc>
        <w:tc>
          <w:tcPr>
            <w:tcW w:w="1656" w:type="dxa"/>
            <w:vAlign w:val="center"/>
          </w:tcPr>
          <w:p w14:paraId="027E79BD" w14:textId="77777777" w:rsidR="00FF12E5" w:rsidRDefault="008C39FF">
            <w:pPr>
              <w:spacing w:before="40" w:after="40" w:line="240" w:lineRule="auto"/>
            </w:pPr>
            <w:r>
              <w:t>Board / recorder</w:t>
            </w:r>
          </w:p>
        </w:tc>
      </w:tr>
      <w:tr w:rsidR="00FF12E5" w14:paraId="0A8E1730" w14:textId="77777777">
        <w:trPr>
          <w:cantSplit/>
        </w:trPr>
        <w:tc>
          <w:tcPr>
            <w:tcW w:w="1800" w:type="dxa"/>
            <w:vAlign w:val="center"/>
          </w:tcPr>
          <w:p w14:paraId="2DA446B0" w14:textId="77777777" w:rsidR="00FF12E5" w:rsidRDefault="008C39FF">
            <w:pPr>
              <w:spacing w:before="40" w:after="40" w:line="240" w:lineRule="auto"/>
            </w:pPr>
            <w:r>
              <w:t>Before issuing notice</w:t>
            </w:r>
          </w:p>
        </w:tc>
        <w:tc>
          <w:tcPr>
            <w:tcW w:w="7344" w:type="dxa"/>
            <w:vAlign w:val="center"/>
          </w:tcPr>
          <w:p w14:paraId="1238AA7A" w14:textId="77777777" w:rsidR="00FF12E5" w:rsidRDefault="008C39FF">
            <w:pPr>
              <w:spacing w:before="40" w:after="40" w:line="240" w:lineRule="auto"/>
            </w:pPr>
            <w:r>
              <w:t>Choose hearing date; verify 14-day minimum and 90-day outside limit; allow delivery margin. Confirm physical location and working remot</w:t>
            </w:r>
            <w:r>
              <w:t>e access.</w:t>
            </w:r>
          </w:p>
        </w:tc>
        <w:tc>
          <w:tcPr>
            <w:tcW w:w="1656" w:type="dxa"/>
            <w:vAlign w:val="center"/>
          </w:tcPr>
          <w:p w14:paraId="22F0CA50" w14:textId="77777777" w:rsidR="00FF12E5" w:rsidRDefault="008C39FF">
            <w:pPr>
              <w:spacing w:before="40" w:after="40" w:line="240" w:lineRule="auto"/>
            </w:pPr>
            <w:r>
              <w:t>Property Manager</w:t>
            </w:r>
          </w:p>
        </w:tc>
      </w:tr>
      <w:tr w:rsidR="00FF12E5" w14:paraId="08FB203E" w14:textId="77777777">
        <w:trPr>
          <w:cantSplit/>
        </w:trPr>
        <w:tc>
          <w:tcPr>
            <w:tcW w:w="1800" w:type="dxa"/>
            <w:vAlign w:val="center"/>
          </w:tcPr>
          <w:p w14:paraId="081C41CA" w14:textId="77777777" w:rsidR="00FF12E5" w:rsidRDefault="008C39FF">
            <w:pPr>
              <w:spacing w:before="40" w:after="40" w:line="240" w:lineRule="auto"/>
            </w:pPr>
            <w:r>
              <w:t>On notice issuance</w:t>
            </w:r>
          </w:p>
        </w:tc>
        <w:tc>
          <w:tcPr>
            <w:tcW w:w="7344" w:type="dxa"/>
            <w:vAlign w:val="center"/>
          </w:tcPr>
          <w:p w14:paraId="3F14A272" w14:textId="77777777" w:rsidR="00FF12E5" w:rsidRDefault="008C39FF">
            <w:pPr>
              <w:spacing w:before="40" w:after="40" w:line="240" w:lineRule="auto"/>
            </w:pPr>
            <w:r>
              <w:t>Send F02 to each required recipient at the verified designated address. Save exact notice, attachments, mailing/email proof, and issuance/delivery data.</w:t>
            </w:r>
          </w:p>
        </w:tc>
        <w:tc>
          <w:tcPr>
            <w:tcW w:w="1656" w:type="dxa"/>
            <w:vAlign w:val="center"/>
          </w:tcPr>
          <w:p w14:paraId="15A8D4DF" w14:textId="77777777" w:rsidR="00FF12E5" w:rsidRDefault="008C39FF">
            <w:pPr>
              <w:spacing w:before="40" w:after="40" w:line="240" w:lineRule="auto"/>
            </w:pPr>
            <w:r>
              <w:t>Property Manager</w:t>
            </w:r>
          </w:p>
        </w:tc>
      </w:tr>
      <w:tr w:rsidR="00FF12E5" w14:paraId="7F8284AD" w14:textId="77777777">
        <w:trPr>
          <w:cantSplit/>
        </w:trPr>
        <w:tc>
          <w:tcPr>
            <w:tcW w:w="1800" w:type="dxa"/>
            <w:vAlign w:val="center"/>
          </w:tcPr>
          <w:p w14:paraId="2510AAF7" w14:textId="77777777" w:rsidR="00FF12E5" w:rsidRDefault="008C39FF">
            <w:pPr>
              <w:spacing w:before="40" w:after="40" w:line="240" w:lineRule="auto"/>
            </w:pPr>
            <w:r>
              <w:t>Before hearing</w:t>
            </w:r>
          </w:p>
        </w:tc>
        <w:tc>
          <w:tcPr>
            <w:tcW w:w="7344" w:type="dxa"/>
            <w:vAlign w:val="center"/>
          </w:tcPr>
          <w:p w14:paraId="0B7B814D" w14:textId="77777777" w:rsidR="00FF12E5" w:rsidRDefault="008C39FF">
            <w:pPr>
              <w:spacing w:before="40" w:after="40" w:line="240" w:lineRule="auto"/>
            </w:pPr>
            <w:r>
              <w:t>Issue F03/F04 under app</w:t>
            </w:r>
            <w:r>
              <w:t>licable meeting rules and F05 to Board; assemble indexed evidence; verify F06 roster and quorum rules; invite owner evidence.</w:t>
            </w:r>
          </w:p>
        </w:tc>
        <w:tc>
          <w:tcPr>
            <w:tcW w:w="1656" w:type="dxa"/>
            <w:vAlign w:val="center"/>
          </w:tcPr>
          <w:p w14:paraId="1C1C29F6" w14:textId="77777777" w:rsidR="00FF12E5" w:rsidRDefault="008C39FF">
            <w:pPr>
              <w:spacing w:before="40" w:after="40" w:line="240" w:lineRule="auto"/>
            </w:pPr>
            <w:r>
              <w:t>Property Manager</w:t>
            </w:r>
          </w:p>
        </w:tc>
      </w:tr>
      <w:tr w:rsidR="00FF12E5" w14:paraId="3EA6FF1A" w14:textId="77777777">
        <w:trPr>
          <w:cantSplit/>
        </w:trPr>
        <w:tc>
          <w:tcPr>
            <w:tcW w:w="1800" w:type="dxa"/>
            <w:vAlign w:val="center"/>
          </w:tcPr>
          <w:p w14:paraId="4D28D789" w14:textId="77777777" w:rsidR="00FF12E5" w:rsidRDefault="008C39FF">
            <w:pPr>
              <w:spacing w:before="40" w:after="40" w:line="240" w:lineRule="auto"/>
            </w:pPr>
            <w:r>
              <w:t>Immediately before hearing</w:t>
            </w:r>
          </w:p>
        </w:tc>
        <w:tc>
          <w:tcPr>
            <w:tcW w:w="7344" w:type="dxa"/>
            <w:vAlign w:val="center"/>
          </w:tcPr>
          <w:p w14:paraId="32E171D2" w14:textId="77777777" w:rsidR="00FF12E5" w:rsidRDefault="008C39FF">
            <w:pPr>
              <w:spacing w:before="40" w:after="40" w:line="240" w:lineRule="auto"/>
            </w:pPr>
            <w:r>
              <w:t xml:space="preserve">Reinspect cure status, test remote access, verify identity and attendance, and </w:t>
            </w:r>
            <w:r>
              <w:t>resolve notice defects. Do not assume lack of response proves a violation.</w:t>
            </w:r>
          </w:p>
        </w:tc>
        <w:tc>
          <w:tcPr>
            <w:tcW w:w="1656" w:type="dxa"/>
            <w:vAlign w:val="center"/>
          </w:tcPr>
          <w:p w14:paraId="0DD850F8" w14:textId="77777777" w:rsidR="00FF12E5" w:rsidRDefault="008C39FF">
            <w:pPr>
              <w:spacing w:before="40" w:after="40" w:line="240" w:lineRule="auto"/>
            </w:pPr>
            <w:r>
              <w:t>Manager / Chair</w:t>
            </w:r>
          </w:p>
        </w:tc>
      </w:tr>
      <w:tr w:rsidR="00FF12E5" w14:paraId="2A76DD3D" w14:textId="77777777">
        <w:trPr>
          <w:cantSplit/>
        </w:trPr>
        <w:tc>
          <w:tcPr>
            <w:tcW w:w="1800" w:type="dxa"/>
            <w:vAlign w:val="center"/>
          </w:tcPr>
          <w:p w14:paraId="27956D73" w14:textId="77777777" w:rsidR="00FF12E5" w:rsidRDefault="008C39FF">
            <w:pPr>
              <w:spacing w:before="40" w:after="40" w:line="240" w:lineRule="auto"/>
            </w:pPr>
            <w:r>
              <w:t>During hearing</w:t>
            </w:r>
          </w:p>
        </w:tc>
        <w:tc>
          <w:tcPr>
            <w:tcW w:w="7344" w:type="dxa"/>
            <w:vAlign w:val="center"/>
          </w:tcPr>
          <w:p w14:paraId="2A94A8EC" w14:textId="77777777" w:rsidR="00FF12E5" w:rsidRDefault="008C39FF">
            <w:pPr>
              <w:spacing w:before="40" w:after="40" w:line="240" w:lineRule="auto"/>
            </w:pPr>
            <w:r>
              <w:t>Follow script, complete F07/F08, capture actual testimony, individual votes, findings, cure terms, and any payment date.</w:t>
            </w:r>
          </w:p>
        </w:tc>
        <w:tc>
          <w:tcPr>
            <w:tcW w:w="1656" w:type="dxa"/>
            <w:vAlign w:val="center"/>
          </w:tcPr>
          <w:p w14:paraId="24213EE7" w14:textId="77777777" w:rsidR="00FF12E5" w:rsidRDefault="008C39FF">
            <w:pPr>
              <w:spacing w:before="40" w:after="40" w:line="240" w:lineRule="auto"/>
            </w:pPr>
            <w:r>
              <w:t>Committee / recorder</w:t>
            </w:r>
          </w:p>
        </w:tc>
      </w:tr>
      <w:tr w:rsidR="00FF12E5" w14:paraId="382569F0" w14:textId="77777777">
        <w:trPr>
          <w:cantSplit/>
        </w:trPr>
        <w:tc>
          <w:tcPr>
            <w:tcW w:w="1800" w:type="dxa"/>
            <w:vAlign w:val="center"/>
          </w:tcPr>
          <w:p w14:paraId="2D124547" w14:textId="77777777" w:rsidR="00FF12E5" w:rsidRDefault="008C39FF">
            <w:pPr>
              <w:spacing w:before="40" w:after="40" w:line="240" w:lineRule="auto"/>
            </w:pPr>
            <w:r>
              <w:t>Within</w:t>
            </w:r>
            <w:r>
              <w:t xml:space="preserve"> 7 days afterward</w:t>
            </w:r>
          </w:p>
        </w:tc>
        <w:tc>
          <w:tcPr>
            <w:tcW w:w="7344" w:type="dxa"/>
            <w:vAlign w:val="center"/>
          </w:tcPr>
          <w:p w14:paraId="30F87FA6" w14:textId="77777777" w:rsidR="00FF12E5" w:rsidRDefault="008C39FF">
            <w:pPr>
              <w:spacing w:before="40" w:after="40" w:line="240" w:lineRule="auto"/>
            </w:pPr>
            <w:r>
              <w:t>Provide the appropriate member letter plus L03 findings attachment to every required recipient; send the Board report; preserve delivery proof.</w:t>
            </w:r>
          </w:p>
        </w:tc>
        <w:tc>
          <w:tcPr>
            <w:tcW w:w="1656" w:type="dxa"/>
            <w:vAlign w:val="center"/>
          </w:tcPr>
          <w:p w14:paraId="4845C863" w14:textId="77777777" w:rsidR="00FF12E5" w:rsidRDefault="008C39FF">
            <w:pPr>
              <w:spacing w:before="40" w:after="40" w:line="240" w:lineRule="auto"/>
            </w:pPr>
            <w:r>
              <w:t>Committee / Manager</w:t>
            </w:r>
          </w:p>
        </w:tc>
      </w:tr>
      <w:tr w:rsidR="00FF12E5" w14:paraId="71F0772C" w14:textId="77777777">
        <w:trPr>
          <w:cantSplit/>
        </w:trPr>
        <w:tc>
          <w:tcPr>
            <w:tcW w:w="1800" w:type="dxa"/>
            <w:vAlign w:val="center"/>
          </w:tcPr>
          <w:p w14:paraId="0E5DEC37" w14:textId="77777777" w:rsidR="00FF12E5" w:rsidRDefault="008C39FF">
            <w:pPr>
              <w:spacing w:before="40" w:after="40" w:line="240" w:lineRule="auto"/>
            </w:pPr>
            <w:r>
              <w:t>After delivery</w:t>
            </w:r>
          </w:p>
        </w:tc>
        <w:tc>
          <w:tcPr>
            <w:tcW w:w="7344" w:type="dxa"/>
            <w:vAlign w:val="center"/>
          </w:tcPr>
          <w:p w14:paraId="443BAD28" w14:textId="77777777" w:rsidR="00FF12E5" w:rsidRDefault="008C39FF">
            <w:pPr>
              <w:spacing w:before="40" w:after="40" w:line="240" w:lineRule="auto"/>
            </w:pPr>
            <w:r>
              <w:t>Recheck the payment date against actual delivery; verify a</w:t>
            </w:r>
            <w:r>
              <w:t>ny permitted cure before posting/collecting; complete F12 tracking.</w:t>
            </w:r>
          </w:p>
        </w:tc>
        <w:tc>
          <w:tcPr>
            <w:tcW w:w="1656" w:type="dxa"/>
            <w:vAlign w:val="center"/>
          </w:tcPr>
          <w:p w14:paraId="406EB3B1" w14:textId="77777777" w:rsidR="00FF12E5" w:rsidRDefault="008C39FF">
            <w:pPr>
              <w:spacing w:before="40" w:after="40" w:line="240" w:lineRule="auto"/>
            </w:pPr>
            <w:r>
              <w:t>Manager / Accounting</w:t>
            </w:r>
          </w:p>
        </w:tc>
      </w:tr>
      <w:tr w:rsidR="00FF12E5" w14:paraId="400C080E" w14:textId="77777777">
        <w:trPr>
          <w:cantSplit/>
        </w:trPr>
        <w:tc>
          <w:tcPr>
            <w:tcW w:w="1800" w:type="dxa"/>
            <w:vAlign w:val="center"/>
          </w:tcPr>
          <w:p w14:paraId="3118C613" w14:textId="77777777" w:rsidR="00FF12E5" w:rsidRDefault="008C39FF">
            <w:pPr>
              <w:spacing w:before="40" w:after="40" w:line="240" w:lineRule="auto"/>
            </w:pPr>
            <w:r>
              <w:t>Closeout</w:t>
            </w:r>
          </w:p>
        </w:tc>
        <w:tc>
          <w:tcPr>
            <w:tcW w:w="7344" w:type="dxa"/>
            <w:vAlign w:val="center"/>
          </w:tcPr>
          <w:p w14:paraId="1E73A0BE" w14:textId="77777777" w:rsidR="00FF12E5" w:rsidRDefault="008C39FF">
            <w:pPr>
              <w:spacing w:before="40" w:after="40" w:line="240" w:lineRule="auto"/>
            </w:pPr>
            <w:r>
              <w:t>Prepare/Remit/Upload Meeting Minutes; Update VMS/Smartweb Violation Status; preserve notices, evidence, findings, votes, and delivery records.</w:t>
            </w:r>
          </w:p>
        </w:tc>
        <w:tc>
          <w:tcPr>
            <w:tcW w:w="1656" w:type="dxa"/>
            <w:vAlign w:val="center"/>
          </w:tcPr>
          <w:p w14:paraId="54EA6AB2" w14:textId="77777777" w:rsidR="00FF12E5" w:rsidRDefault="008C39FF">
            <w:pPr>
              <w:spacing w:before="40" w:after="40" w:line="240" w:lineRule="auto"/>
            </w:pPr>
            <w:r>
              <w:t>Property Manager</w:t>
            </w:r>
          </w:p>
        </w:tc>
      </w:tr>
    </w:tbl>
    <w:p w14:paraId="289DCF50" w14:textId="77777777" w:rsidR="00FF12E5" w:rsidRDefault="00FF12E5"/>
    <w:p w14:paraId="4926FBD1" w14:textId="77777777" w:rsidR="00FF12E5" w:rsidRDefault="008C39FF">
      <w:pPr>
        <w:pStyle w:val="Heading2"/>
      </w:pPr>
      <w:r>
        <w:t>Date worksheet example</w:t>
      </w:r>
    </w:p>
    <w:p w14:paraId="77974CE6" w14:textId="77777777" w:rsidR="00FF12E5" w:rsidRDefault="008C39FF">
      <w:r>
        <w:t>Training example only: notice issued and delivered October 1, 2026; hearing October 20; findings delivered October 22; payment date November 25. The hearing is 19 days after notice and within 90 days; written findi</w:t>
      </w:r>
      <w:r>
        <w:t>ngs are provided 2 days after the hearing; payment is 34 days after delivery. A November 25 letter date alone does not prove timely delivery or establish a compliant due date.</w:t>
      </w:r>
    </w:p>
    <w:p w14:paraId="026E1ACE" w14:textId="77777777" w:rsidR="00FF12E5" w:rsidRDefault="008C39FF">
      <w:r>
        <w:t>We recommend allowing extra time when you plan the schedule. Use calendar-day in</w:t>
      </w:r>
      <w:r>
        <w:t>tervals as the planning baseline and verify the applicable counting and delivery rules before relying on an edge date. Rescheduling does not excuse a defective notice or automatically extend the original statutory period. Work with us to resolve a conflict</w:t>
      </w:r>
      <w:r>
        <w:t xml:space="preserve"> and provide proper notice.</w:t>
      </w:r>
    </w:p>
    <w:p w14:paraId="5506FF11" w14:textId="77777777" w:rsidR="00FF12E5" w:rsidRDefault="008C39FF">
      <w:r>
        <w:br w:type="page"/>
      </w:r>
    </w:p>
    <w:p w14:paraId="08740BCB" w14:textId="77777777" w:rsidR="00FF12E5" w:rsidRDefault="008C39FF">
      <w:r>
        <w:rPr>
          <w:b/>
        </w:rPr>
        <w:t>TRAINING 4</w:t>
      </w:r>
    </w:p>
    <w:p w14:paraId="66F52257" w14:textId="77777777" w:rsidR="00FF12E5" w:rsidRDefault="008C39FF">
      <w:pPr>
        <w:pStyle w:val="Title"/>
      </w:pPr>
      <w:r>
        <w:t>Evidence and hearing readiness</w:t>
      </w:r>
    </w:p>
    <w:p w14:paraId="65335B44" w14:textId="77777777" w:rsidR="00FF12E5" w:rsidRDefault="008C39FF">
      <w:pPr>
        <w:pStyle w:val="Heading2"/>
      </w:pPr>
      <w:r>
        <w:t>Case packet order</w:t>
      </w:r>
    </w:p>
    <w:p w14:paraId="7E411C9C" w14:textId="77777777" w:rsidR="00FF12E5" w:rsidRDefault="008C39FF">
      <w:r>
        <w:t>• Case index with owner name, property address, case number, alleged violation, and exact governing provision.</w:t>
      </w:r>
    </w:p>
    <w:p w14:paraId="22F395DE" w14:textId="77777777" w:rsidR="00FF12E5" w:rsidRDefault="008C39FF">
      <w:r>
        <w:t>• Board minutes or certified action showing the propose</w:t>
      </w:r>
      <w:r>
        <w:t>d amount, date, vote, and any daily calculation or authorized maximum.</w:t>
      </w:r>
    </w:p>
    <w:p w14:paraId="75C92F9A" w14:textId="77777777" w:rsidR="00FF12E5" w:rsidRDefault="008C39FF">
      <w:r>
        <w:t>• Governing-document excerpt and the rule version effective on the incident date; include authority for an amount above the statutory defaults.</w:t>
      </w:r>
    </w:p>
    <w:p w14:paraId="42340B80" w14:textId="77777777" w:rsidR="00FF12E5" w:rsidRDefault="008C39FF">
      <w:r>
        <w:t>• Dated inspection notes, photographs, wi</w:t>
      </w:r>
      <w:r>
        <w:t>tness statements, correspondence, and prior notices required by the documents or applicable law.</w:t>
      </w:r>
    </w:p>
    <w:p w14:paraId="61A9FE59" w14:textId="77777777" w:rsidR="00FF12E5" w:rsidRDefault="008C39FF">
      <w:r>
        <w:t>• The complete F02 hearing notice and proof for each required recipient, plus date calculations and access details.</w:t>
      </w:r>
    </w:p>
    <w:p w14:paraId="518F75CC" w14:textId="77777777" w:rsidR="00FF12E5" w:rsidRDefault="008C39FF">
      <w:r>
        <w:t>• Owner submissions and representative auth</w:t>
      </w:r>
      <w:r>
        <w:t>orization, where applicable; retain favorable and unfavorable evidence.</w:t>
      </w:r>
    </w:p>
    <w:p w14:paraId="07A6E84E" w14:textId="77777777" w:rsidR="00FF12E5" w:rsidRDefault="008C39FF">
      <w:r>
        <w:t>• Current inspection and cure evidence; identify whether the violation was cured before the hearing or under the notice instructions.</w:t>
      </w:r>
    </w:p>
    <w:p w14:paraId="292ABFF8" w14:textId="77777777" w:rsidR="00FF12E5" w:rsidRDefault="008C39FF">
      <w:r>
        <w:t xml:space="preserve">• Eligible committee roster, applicable </w:t>
      </w:r>
      <w:r>
        <w:t>quorum and voting rule, proposed agenda, and blank case decision forms.</w:t>
      </w:r>
    </w:p>
    <w:p w14:paraId="68135972" w14:textId="77777777" w:rsidR="00FF12E5" w:rsidRDefault="008C39FF">
      <w:pPr>
        <w:pStyle w:val="Heading2"/>
      </w:pPr>
      <w:r>
        <w:t>Evidence handling</w:t>
      </w:r>
    </w:p>
    <w:p w14:paraId="495B47C6" w14:textId="77777777" w:rsidR="00FF12E5" w:rsidRDefault="008C39FF">
      <w:r>
        <w:t>We organize the evidence by exhibit number, date, source and description. As a committee member, review what each item actually shows and give the owner an opportunit</w:t>
      </w:r>
      <w:r>
        <w:t>y to respond. As an owner, identify the records you want considered. If new evidence cannot fairly be answered, determine whether a properly noticed continuation is feasible within the statutory timeframe. Keep the originals and do not add unrelated allega</w:t>
      </w:r>
      <w:r>
        <w:t>tions.</w:t>
      </w:r>
    </w:p>
    <w:p w14:paraId="4DDD5D35" w14:textId="77777777" w:rsidR="00FF12E5" w:rsidRDefault="008C39FF">
      <w:pPr>
        <w:pStyle w:val="Heading2"/>
      </w:pPr>
      <w:r>
        <w:t>Release the hearing only when these checks pass</w:t>
      </w:r>
    </w:p>
    <w:p w14:paraId="404D91C5" w14:textId="77777777" w:rsidR="00FF12E5" w:rsidRDefault="008C39FF">
      <w:r>
        <w:t>☐</w:t>
      </w:r>
      <w:r>
        <w:t xml:space="preserve"> The proposed fine matches the Board action and enforceable provision.</w:t>
      </w:r>
    </w:p>
    <w:p w14:paraId="7ADE1265" w14:textId="77777777" w:rsidR="00FF12E5" w:rsidRDefault="008C39FF">
      <w:r>
        <w:t>☐</w:t>
      </w:r>
      <w:r>
        <w:t xml:space="preserve"> The committee has at least three eligible appointed members; attendance can meet the verified quorum and voting rules.</w:t>
      </w:r>
    </w:p>
    <w:p w14:paraId="3474B91C" w14:textId="77777777" w:rsidR="00FF12E5" w:rsidRDefault="008C39FF">
      <w:r>
        <w:t>☐</w:t>
      </w:r>
      <w:r>
        <w:t xml:space="preserve"> Each r</w:t>
      </w:r>
      <w:r>
        <w:t>equired recipient received compliant written notice; the 14-day and 90-day checks are documented.</w:t>
      </w:r>
    </w:p>
    <w:p w14:paraId="7CEE29EE" w14:textId="77777777" w:rsidR="00FF12E5" w:rsidRDefault="008C39FF">
      <w:r>
        <w:t>☐</w:t>
      </w:r>
      <w:r>
        <w:t xml:space="preserve"> The owner can participate remotely using the supplied access information.</w:t>
      </w:r>
    </w:p>
    <w:p w14:paraId="57CB8998" w14:textId="77777777" w:rsidR="00FF12E5" w:rsidRDefault="008C39FF">
      <w:r>
        <w:t>☐</w:t>
      </w:r>
      <w:r>
        <w:t xml:space="preserve"> Protected conduct and required cure opportunities have been checked; current cur</w:t>
      </w:r>
      <w:r>
        <w:t>e evidence is in the packet.</w:t>
      </w:r>
    </w:p>
    <w:p w14:paraId="366A690E" w14:textId="77777777" w:rsidR="00FF12E5" w:rsidRDefault="008C39FF">
      <w:r>
        <w:t>☐</w:t>
      </w:r>
      <w:r>
        <w:t xml:space="preserve"> A recorder can capture actual testimony, deliberation, individual votes, findings, and follow-up tasks.</w:t>
      </w:r>
    </w:p>
    <w:p w14:paraId="2B4D19F3" w14:textId="77777777" w:rsidR="00FF12E5" w:rsidRDefault="008C39FF">
      <w:r>
        <w:t>☐</w:t>
      </w:r>
      <w:r>
        <w:t xml:space="preserve"> The team can provide the written findings within 7 days after the hearing.</w:t>
      </w:r>
    </w:p>
    <w:p w14:paraId="47E94D47" w14:textId="77777777" w:rsidR="00FF12E5" w:rsidRDefault="008C39FF">
      <w:r>
        <w:t>If you identify a notice defect, missing Boa</w:t>
      </w:r>
      <w:r>
        <w:t>rd action, ineligible committee member, failed access or unresolved cure issue, bring it to us before a fine is imposed. We will coordinate the appropriate next step. Do not backdate a record to conceal a defect.</w:t>
      </w:r>
    </w:p>
    <w:p w14:paraId="5C467A01" w14:textId="77777777" w:rsidR="00FF12E5" w:rsidRDefault="008C39FF">
      <w:r>
        <w:br w:type="page"/>
      </w:r>
    </w:p>
    <w:p w14:paraId="16C350B5" w14:textId="77777777" w:rsidR="00FF12E5" w:rsidRDefault="008C39FF">
      <w:r>
        <w:rPr>
          <w:b/>
        </w:rPr>
        <w:t>TRAINING 5</w:t>
      </w:r>
    </w:p>
    <w:p w14:paraId="5DFBE926" w14:textId="77777777" w:rsidR="00FF12E5" w:rsidRDefault="008C39FF">
      <w:pPr>
        <w:pStyle w:val="Title"/>
      </w:pPr>
      <w:r>
        <w:t>Chairperson opening and case s</w:t>
      </w:r>
      <w:r>
        <w:t>cript</w:t>
      </w:r>
    </w:p>
    <w:p w14:paraId="242C35E4" w14:textId="77777777" w:rsidR="00FF12E5" w:rsidRDefault="008C39FF">
      <w:pPr>
        <w:pStyle w:val="Heading2"/>
      </w:pPr>
      <w:r>
        <w:t>Before calling the meeting to order</w:t>
      </w:r>
    </w:p>
    <w:p w14:paraId="4F1C328F" w14:textId="77777777" w:rsidR="00FF12E5" w:rsidRDefault="008C39FF">
      <w:r>
        <w:t xml:space="preserve">CHAIR: “The scheduled meeting is the [Association] Committee - Fine Hearing on [date/time]. Please identify the committee members present and absent. Management, please confirm the appointment roster, eligibility, </w:t>
      </w:r>
      <w:r>
        <w:t>notice record, and access arrangements.”</w:t>
      </w:r>
    </w:p>
    <w:p w14:paraId="07CC83C6" w14:textId="77777777" w:rsidR="00FF12E5" w:rsidRDefault="008C39FF">
      <w:r>
        <w:t>RECORDER: “The complete eligible body has [N] members; [P] are participating. Under [verified rule], the quorum requirement is [Q] and [is/is not] met. The approval threshold is [rule and number].”</w:t>
      </w:r>
    </w:p>
    <w:p w14:paraId="4BE80504" w14:textId="77777777" w:rsidR="00FF12E5" w:rsidRDefault="008C39FF">
      <w:r>
        <w:t xml:space="preserve">CHAIR IF NO </w:t>
      </w:r>
      <w:r>
        <w:t>QUORUM: “No quorum was obtained and this meeting cannot be called to order accordingly.” Record attendance and the reason business could not proceed; arrange a properly noticed next step. Do not vote or announce an official case decision.</w:t>
      </w:r>
    </w:p>
    <w:p w14:paraId="1F154C3D" w14:textId="77777777" w:rsidR="00FF12E5" w:rsidRDefault="008C39FF">
      <w:r>
        <w:t xml:space="preserve">CHAIR IF QUORUM: </w:t>
      </w:r>
      <w:r>
        <w:t>“A quorum is present. I call the meeting to order at [actual time]. I will read the meeting notice and agenda. The committee’s role is to confirm or reject the fine levied by the Board. Only eligible committee members vote. Each owner will have an opportun</w:t>
      </w:r>
      <w:r>
        <w:t>ity to respond and present evidence.”</w:t>
      </w:r>
    </w:p>
    <w:p w14:paraId="0F1A7536" w14:textId="77777777" w:rsidR="00FF12E5" w:rsidRDefault="008C39FF">
      <w:pPr>
        <w:pStyle w:val="Heading2"/>
      </w:pPr>
      <w:r>
        <w:t>Call each case separately</w:t>
      </w:r>
    </w:p>
    <w:p w14:paraId="050F632D" w14:textId="77777777" w:rsidR="00FF12E5" w:rsidRDefault="008C39FF">
      <w:r>
        <w:t>CHAIR: “Case [number], [property], owner(s) [names], concerns [specific alleged violation]. Please record each owner as present or absent and identify anyone appearing on the owner’s behalf.”</w:t>
      </w:r>
    </w:p>
    <w:p w14:paraId="3A5C5E8F" w14:textId="77777777" w:rsidR="00FF12E5" w:rsidRDefault="008C39FF">
      <w:r>
        <w:t>MANAGEMENT: “The alleged incident occurred on [date(s)]. The cited provision is [exact section]. The Board levied a proposed [one-time/continuing] fine of [amount and calculation] on [date]. The hearing notice was provided by [method/date] to [recipients].</w:t>
      </w:r>
      <w:r>
        <w:t xml:space="preserve"> Exhibits [IDs] support the allegation. The most recent cure inspection shows [facts/date].”</w:t>
      </w:r>
    </w:p>
    <w:p w14:paraId="04A46A0C" w14:textId="77777777" w:rsidR="00FF12E5" w:rsidRDefault="008C39FF">
      <w:r>
        <w:t>CHAIR: “Has the condition been cured? Please identify the cure date and evidence. Owner or representative, please give your response, explain any disagreement or c</w:t>
      </w:r>
      <w:r>
        <w:t>ure, and identify any exhibits you want considered.”</w:t>
      </w:r>
    </w:p>
    <w:p w14:paraId="3284F686" w14:textId="77777777" w:rsidR="00FF12E5" w:rsidRDefault="008C39FF">
      <w:r>
        <w:t>CHAIR AFTER RESPONSE: “Committee members may ask relevant questions. Management, is there a factual response? Owner, you may respond to that information before we conclude the evidence.”</w:t>
      </w:r>
    </w:p>
    <w:p w14:paraId="31F233F2" w14:textId="77777777" w:rsidR="00FF12E5" w:rsidRDefault="008C39FF">
      <w:pPr>
        <w:pStyle w:val="Heading2"/>
      </w:pPr>
      <w:r>
        <w:t>Deliberate on th</w:t>
      </w:r>
      <w:r>
        <w:t>e noticed case</w:t>
      </w:r>
    </w:p>
    <w:p w14:paraId="33BF8669" w14:textId="77777777" w:rsidR="00FF12E5" w:rsidRDefault="008C39FF">
      <w:r>
        <w:t xml:space="preserve">CHAIR: “We will consider the Board action, cited rule, notice, evidence, owner response, and cure status. If the violation was cured before this hearing or as specified in the statutory notice, the fine may not be imposed. We may confirm or </w:t>
      </w:r>
      <w:r>
        <w:t>reject the proposed fine; we may not substitute a different fine.”</w:t>
      </w:r>
    </w:p>
    <w:p w14:paraId="55942629" w14:textId="77777777" w:rsidR="00FF12E5" w:rsidRDefault="008C39FF">
      <w:r>
        <w:t xml:space="preserve">RECORDER: Summarize material evidence, owner statements, committee reasoning, and any unresolved issue. Attribute disputed statements. Do not write that notice was read or a party attended </w:t>
      </w:r>
      <w:r>
        <w:t>unless it actually occurred.</w:t>
      </w:r>
    </w:p>
    <w:p w14:paraId="2F88DFB1" w14:textId="77777777" w:rsidR="00FF12E5" w:rsidRDefault="008C39FF">
      <w:r>
        <w:br w:type="page"/>
      </w:r>
    </w:p>
    <w:p w14:paraId="30FA5940" w14:textId="77777777" w:rsidR="00FF12E5" w:rsidRDefault="008C39FF">
      <w:r>
        <w:rPr>
          <w:b/>
        </w:rPr>
        <w:t>TRAINING 6</w:t>
      </w:r>
    </w:p>
    <w:p w14:paraId="0F3EBED3" w14:textId="77777777" w:rsidR="00FF12E5" w:rsidRDefault="008C39FF">
      <w:pPr>
        <w:pStyle w:val="Title"/>
      </w:pPr>
      <w:r>
        <w:t>Voting closing and exception scripts</w:t>
      </w:r>
    </w:p>
    <w:p w14:paraId="752B5E92" w14:textId="77777777" w:rsidR="00FF12E5" w:rsidRDefault="008C39FF">
      <w:pPr>
        <w:pStyle w:val="Heading2"/>
      </w:pPr>
      <w:r>
        <w:t>Take an express vote and announce the result</w:t>
      </w:r>
    </w:p>
    <w:p w14:paraId="1BD7F08A" w14:textId="77777777" w:rsidR="00FF12E5" w:rsidRDefault="008C39FF">
      <w:r>
        <w:t xml:space="preserve">COMMITTEE MEMBER: “I move to [confirm/reject] the Board’s proposed [one-time/continuing] fine of $[exact amount and basis] for </w:t>
      </w:r>
      <w:r>
        <w:t>Case [number], based on [findings].” Record the second if required by the association’s procedure. Do not fabricate a motion or second.</w:t>
      </w:r>
    </w:p>
    <w:p w14:paraId="4633AE62" w14:textId="77777777" w:rsidR="00FF12E5" w:rsidRDefault="008C39FF">
      <w:r>
        <w:t>CHAIR: “[Name], please state your vote: in favor, against, or abstain.” Repeat for each eligible participant. Record any</w:t>
      </w:r>
      <w:r>
        <w:t xml:space="preserve"> stated abstention reason. “The vote is [names/counts]. Under [verified threshold], the motion [passes/fails]. The proposed fine [is approved/is not approved].”</w:t>
      </w:r>
    </w:p>
    <w:p w14:paraId="47B5ADAF" w14:textId="77777777" w:rsidR="00FF12E5" w:rsidRDefault="008C39FF">
      <w:r>
        <w:t>CHAIR FOR APPROVAL: “The committee’s findings are [findings]. The cure action, if applicable, i</w:t>
      </w:r>
      <w:r>
        <w:t>s [specific action and terms]. The payment date is [date], which must remain at least 30 days after delivery of our written findings. Management will document delivery and flag any timing conflict before collection. A qualifying cure prevents imposition.”</w:t>
      </w:r>
    </w:p>
    <w:p w14:paraId="1FD4E260" w14:textId="77777777" w:rsidR="00FF12E5" w:rsidRDefault="008C39FF">
      <w:r>
        <w:t>CHAIR FOR NONAPPROVAL: “The proposed fine is not approved and may not be imposed from this proceeding. Written findings will state the reason. Any further Board action must follow the governing documents and law.”</w:t>
      </w:r>
    </w:p>
    <w:p w14:paraId="44FD4182" w14:textId="77777777" w:rsidR="00FF12E5" w:rsidRDefault="008C39FF">
      <w:pPr>
        <w:pStyle w:val="Heading2"/>
      </w:pPr>
      <w:r>
        <w:t>Common exceptions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016"/>
        <w:gridCol w:w="8784"/>
      </w:tblGrid>
      <w:tr w:rsidR="00FF12E5" w14:paraId="02573BCC" w14:textId="77777777">
        <w:trPr>
          <w:cantSplit/>
          <w:tblHeader/>
        </w:trPr>
        <w:tc>
          <w:tcPr>
            <w:tcW w:w="2016" w:type="dxa"/>
            <w:shd w:val="clear" w:color="auto" w:fill="DBE8F0"/>
            <w:vAlign w:val="center"/>
          </w:tcPr>
          <w:p w14:paraId="42C700C0" w14:textId="77777777" w:rsidR="00FF12E5" w:rsidRDefault="008C39FF">
            <w:pPr>
              <w:spacing w:before="40" w:after="40" w:line="240" w:lineRule="auto"/>
            </w:pPr>
            <w:r>
              <w:rPr>
                <w:b/>
              </w:rPr>
              <w:t>Situation</w:t>
            </w:r>
          </w:p>
        </w:tc>
        <w:tc>
          <w:tcPr>
            <w:tcW w:w="8784" w:type="dxa"/>
            <w:shd w:val="clear" w:color="auto" w:fill="DBE8F0"/>
            <w:vAlign w:val="center"/>
          </w:tcPr>
          <w:p w14:paraId="6774AE7F" w14:textId="77777777" w:rsidR="00FF12E5" w:rsidRDefault="008C39FF">
            <w:pPr>
              <w:spacing w:before="40" w:after="40" w:line="240" w:lineRule="auto"/>
            </w:pPr>
            <w:r>
              <w:rPr>
                <w:b/>
              </w:rPr>
              <w:t>Suggested chai</w:t>
            </w:r>
            <w:r>
              <w:rPr>
                <w:b/>
              </w:rPr>
              <w:t>rperson language and action</w:t>
            </w:r>
          </w:p>
        </w:tc>
      </w:tr>
      <w:tr w:rsidR="00FF12E5" w14:paraId="1027DB69" w14:textId="77777777">
        <w:trPr>
          <w:cantSplit/>
        </w:trPr>
        <w:tc>
          <w:tcPr>
            <w:tcW w:w="2016" w:type="dxa"/>
            <w:vAlign w:val="center"/>
          </w:tcPr>
          <w:p w14:paraId="679DA5AC" w14:textId="77777777" w:rsidR="00FF12E5" w:rsidRDefault="008C39FF">
            <w:pPr>
              <w:spacing w:before="40" w:after="40" w:line="240" w:lineRule="auto"/>
            </w:pPr>
            <w:r>
              <w:t>Owner absent</w:t>
            </w:r>
          </w:p>
        </w:tc>
        <w:tc>
          <w:tcPr>
            <w:tcW w:w="8784" w:type="dxa"/>
            <w:vAlign w:val="center"/>
          </w:tcPr>
          <w:p w14:paraId="25E9A9E7" w14:textId="77777777" w:rsidR="00FF12E5" w:rsidRDefault="008C39FF">
            <w:pPr>
              <w:spacing w:before="40" w:after="40" w:line="240" w:lineRule="auto"/>
            </w:pPr>
            <w:r>
              <w:t>“The owner is recorded absent. We will verify proper notice and examine the evidence; absence is not proof of the violation.” Proceed only if the hearing otherwise meets requirements.</w:t>
            </w:r>
          </w:p>
        </w:tc>
      </w:tr>
      <w:tr w:rsidR="00FF12E5" w14:paraId="1BF477BE" w14:textId="77777777">
        <w:trPr>
          <w:cantSplit/>
        </w:trPr>
        <w:tc>
          <w:tcPr>
            <w:tcW w:w="2016" w:type="dxa"/>
            <w:vAlign w:val="center"/>
          </w:tcPr>
          <w:p w14:paraId="64191279" w14:textId="77777777" w:rsidR="00FF12E5" w:rsidRDefault="008C39FF">
            <w:pPr>
              <w:spacing w:before="40" w:after="40" w:line="240" w:lineRule="auto"/>
            </w:pPr>
            <w:r>
              <w:t>Cured before hearing</w:t>
            </w:r>
          </w:p>
        </w:tc>
        <w:tc>
          <w:tcPr>
            <w:tcW w:w="8784" w:type="dxa"/>
            <w:vAlign w:val="center"/>
          </w:tcPr>
          <w:p w14:paraId="30E6A92A" w14:textId="77777777" w:rsidR="00FF12E5" w:rsidRDefault="008C39FF">
            <w:pPr>
              <w:spacing w:before="40" w:after="40" w:line="240" w:lineRule="auto"/>
            </w:pPr>
            <w:r>
              <w:t xml:space="preserve">“The </w:t>
            </w:r>
            <w:r>
              <w:t>evidence establishes cure on [date], before the hearing. Under §720.305(2)(e), this fine may not be imposed.” Record findings and use L04 with L03.</w:t>
            </w:r>
          </w:p>
        </w:tc>
      </w:tr>
      <w:tr w:rsidR="00FF12E5" w14:paraId="4469B469" w14:textId="77777777">
        <w:trPr>
          <w:cantSplit/>
        </w:trPr>
        <w:tc>
          <w:tcPr>
            <w:tcW w:w="2016" w:type="dxa"/>
            <w:vAlign w:val="center"/>
          </w:tcPr>
          <w:p w14:paraId="0CA27271" w14:textId="77777777" w:rsidR="00FF12E5" w:rsidRDefault="008C39FF">
            <w:pPr>
              <w:spacing w:before="40" w:after="40" w:line="240" w:lineRule="auto"/>
            </w:pPr>
            <w:r>
              <w:t>Committee wants a lower fine</w:t>
            </w:r>
          </w:p>
        </w:tc>
        <w:tc>
          <w:tcPr>
            <w:tcW w:w="8784" w:type="dxa"/>
            <w:vAlign w:val="center"/>
          </w:tcPr>
          <w:p w14:paraId="4F0D184A" w14:textId="77777777" w:rsidR="00FF12E5" w:rsidRDefault="008C39FF">
            <w:pPr>
              <w:spacing w:before="40" w:after="40" w:line="240" w:lineRule="auto"/>
            </w:pPr>
            <w:r>
              <w:t>“Our role is to confirm or reject the Board’s proposal. We cannot replace it w</w:t>
            </w:r>
            <w:r>
              <w:t>ith a new amount.” Record the disposition and refer any new proposal to the Board.</w:t>
            </w:r>
          </w:p>
        </w:tc>
      </w:tr>
      <w:tr w:rsidR="00FF12E5" w14:paraId="7709EED8" w14:textId="77777777">
        <w:trPr>
          <w:cantSplit/>
        </w:trPr>
        <w:tc>
          <w:tcPr>
            <w:tcW w:w="2016" w:type="dxa"/>
            <w:vAlign w:val="center"/>
          </w:tcPr>
          <w:p w14:paraId="263AFEB5" w14:textId="77777777" w:rsidR="00FF12E5" w:rsidRDefault="008C39FF">
            <w:pPr>
              <w:spacing w:before="40" w:after="40" w:line="240" w:lineRule="auto"/>
            </w:pPr>
            <w:r>
              <w:t>Tie or failed approval</w:t>
            </w:r>
          </w:p>
        </w:tc>
        <w:tc>
          <w:tcPr>
            <w:tcW w:w="8784" w:type="dxa"/>
            <w:vAlign w:val="center"/>
          </w:tcPr>
          <w:p w14:paraId="404A2212" w14:textId="77777777" w:rsidR="00FF12E5" w:rsidRDefault="008C39FF">
            <w:pPr>
              <w:spacing w:before="40" w:after="40" w:line="240" w:lineRule="auto"/>
            </w:pPr>
            <w:r>
              <w:t>“The proposed fine did not receive the required majority approval and may not be imposed.” Record exact votes. Use L04 if the our rejection letter wo</w:t>
            </w:r>
            <w:r>
              <w:t>uld falsely imply a majority rejection vote.</w:t>
            </w:r>
          </w:p>
        </w:tc>
      </w:tr>
      <w:tr w:rsidR="00FF12E5" w14:paraId="47FFCA47" w14:textId="77777777">
        <w:trPr>
          <w:cantSplit/>
        </w:trPr>
        <w:tc>
          <w:tcPr>
            <w:tcW w:w="2016" w:type="dxa"/>
            <w:vAlign w:val="center"/>
          </w:tcPr>
          <w:p w14:paraId="531CBA4C" w14:textId="77777777" w:rsidR="00FF12E5" w:rsidRDefault="008C39FF">
            <w:pPr>
              <w:spacing w:before="40" w:after="40" w:line="240" w:lineRule="auto"/>
            </w:pPr>
            <w:r>
              <w:t>Notice or access defect</w:t>
            </w:r>
          </w:p>
        </w:tc>
        <w:tc>
          <w:tcPr>
            <w:tcW w:w="8784" w:type="dxa"/>
            <w:vAlign w:val="center"/>
          </w:tcPr>
          <w:p w14:paraId="1023C9C2" w14:textId="77777777" w:rsidR="00FF12E5" w:rsidRDefault="008C39FF">
            <w:pPr>
              <w:spacing w:before="40" w:after="40" w:line="240" w:lineRule="auto"/>
            </w:pPr>
            <w:r>
              <w:t>“We cannot proceed to impose a fine on this record. We will document the defect and determine a properly noticed next step.” Do not treat an adjournment as approval.</w:t>
            </w:r>
          </w:p>
        </w:tc>
      </w:tr>
      <w:tr w:rsidR="00FF12E5" w14:paraId="2E28008B" w14:textId="77777777">
        <w:trPr>
          <w:cantSplit/>
        </w:trPr>
        <w:tc>
          <w:tcPr>
            <w:tcW w:w="2016" w:type="dxa"/>
            <w:vAlign w:val="center"/>
          </w:tcPr>
          <w:p w14:paraId="3AFFE57A" w14:textId="77777777" w:rsidR="00FF12E5" w:rsidRDefault="008C39FF">
            <w:pPr>
              <w:spacing w:before="40" w:after="40" w:line="240" w:lineRule="auto"/>
            </w:pPr>
            <w:r>
              <w:t>Disruption</w:t>
            </w:r>
          </w:p>
        </w:tc>
        <w:tc>
          <w:tcPr>
            <w:tcW w:w="8784" w:type="dxa"/>
            <w:vAlign w:val="center"/>
          </w:tcPr>
          <w:p w14:paraId="06135171" w14:textId="77777777" w:rsidR="00FF12E5" w:rsidRDefault="008C39FF">
            <w:pPr>
              <w:spacing w:before="40" w:after="40" w:line="240" w:lineRule="auto"/>
            </w:pPr>
            <w:r>
              <w:t xml:space="preserve">“Please </w:t>
            </w:r>
            <w:r>
              <w:t>address the noticed issue and allow others to finish. We will apply the meeting rules consistently and preserve your opportunity to respond.” If a recess is needed, state its start and return times.</w:t>
            </w:r>
          </w:p>
        </w:tc>
      </w:tr>
    </w:tbl>
    <w:p w14:paraId="4FA99994" w14:textId="77777777" w:rsidR="00FF12E5" w:rsidRDefault="00FF12E5"/>
    <w:p w14:paraId="3875AEBD" w14:textId="77777777" w:rsidR="00FF12E5" w:rsidRDefault="008C39FF">
      <w:pPr>
        <w:pStyle w:val="Heading2"/>
      </w:pPr>
      <w:r>
        <w:t>Close the meeting</w:t>
      </w:r>
    </w:p>
    <w:p w14:paraId="15BD58B0" w14:textId="77777777" w:rsidR="00FF12E5" w:rsidRDefault="008C39FF">
      <w:r>
        <w:t xml:space="preserve">CHAIR: “The record will show the </w:t>
      </w:r>
      <w:r>
        <w:t xml:space="preserve">decision and assigned tasks for each case. The written findings must be provided within 7 days. The next meeting is [date or To Be Determined]. The meeting is adjourned at [actual time].” Record an adjournment motion only if one occurred; omit it from the </w:t>
      </w:r>
      <w:r>
        <w:t>Resolution Summary table.</w:t>
      </w:r>
    </w:p>
    <w:p w14:paraId="1C000B1E" w14:textId="77777777" w:rsidR="00FF12E5" w:rsidRDefault="008C39FF">
      <w:r>
        <w:br w:type="page"/>
      </w:r>
    </w:p>
    <w:p w14:paraId="48B733B2" w14:textId="77777777" w:rsidR="00FF12E5" w:rsidRDefault="008C39FF">
      <w:r>
        <w:rPr>
          <w:b/>
        </w:rPr>
        <w:t>TRAINING 7</w:t>
      </w:r>
    </w:p>
    <w:p w14:paraId="37471D8A" w14:textId="77777777" w:rsidR="00FF12E5" w:rsidRDefault="008C39FF">
      <w:pPr>
        <w:pStyle w:val="Title"/>
      </w:pPr>
      <w:r>
        <w:t>Written decisions and account controls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088"/>
        <w:gridCol w:w="4320"/>
        <w:gridCol w:w="4392"/>
      </w:tblGrid>
      <w:tr w:rsidR="00FF12E5" w14:paraId="6AD94520" w14:textId="77777777">
        <w:trPr>
          <w:cantSplit/>
          <w:tblHeader/>
        </w:trPr>
        <w:tc>
          <w:tcPr>
            <w:tcW w:w="2088" w:type="dxa"/>
            <w:shd w:val="clear" w:color="auto" w:fill="DBE8F0"/>
            <w:vAlign w:val="center"/>
          </w:tcPr>
          <w:p w14:paraId="3E4503DC" w14:textId="77777777" w:rsidR="00FF12E5" w:rsidRDefault="008C39FF">
            <w:pPr>
              <w:spacing w:before="40" w:after="40" w:line="240" w:lineRule="auto"/>
            </w:pPr>
            <w:r>
              <w:rPr>
                <w:b/>
              </w:rPr>
              <w:t>Result</w:t>
            </w:r>
          </w:p>
        </w:tc>
        <w:tc>
          <w:tcPr>
            <w:tcW w:w="4320" w:type="dxa"/>
            <w:shd w:val="clear" w:color="auto" w:fill="DBE8F0"/>
            <w:vAlign w:val="center"/>
          </w:tcPr>
          <w:p w14:paraId="78B1E8C2" w14:textId="77777777" w:rsidR="00FF12E5" w:rsidRDefault="008C39FF">
            <w:pPr>
              <w:spacing w:before="40" w:after="40" w:line="240" w:lineRule="auto"/>
            </w:pPr>
            <w:r>
              <w:rPr>
                <w:b/>
              </w:rPr>
              <w:t>Member document</w:t>
            </w:r>
          </w:p>
        </w:tc>
        <w:tc>
          <w:tcPr>
            <w:tcW w:w="4392" w:type="dxa"/>
            <w:shd w:val="clear" w:color="auto" w:fill="DBE8F0"/>
            <w:vAlign w:val="center"/>
          </w:tcPr>
          <w:p w14:paraId="5C3B5283" w14:textId="77777777" w:rsidR="00FF12E5" w:rsidRDefault="008C39FF">
            <w:pPr>
              <w:spacing w:before="40" w:after="40" w:line="240" w:lineRule="auto"/>
            </w:pPr>
            <w:r>
              <w:rPr>
                <w:b/>
              </w:rPr>
              <w:t>Board document and accounting</w:t>
            </w:r>
          </w:p>
        </w:tc>
      </w:tr>
      <w:tr w:rsidR="00FF12E5" w14:paraId="3D6EB5CF" w14:textId="77777777">
        <w:trPr>
          <w:cantSplit/>
        </w:trPr>
        <w:tc>
          <w:tcPr>
            <w:tcW w:w="2088" w:type="dxa"/>
            <w:vAlign w:val="center"/>
          </w:tcPr>
          <w:p w14:paraId="2C3DDF27" w14:textId="77777777" w:rsidR="00FF12E5" w:rsidRDefault="008C39FF">
            <w:pPr>
              <w:spacing w:before="40" w:after="40" w:line="240" w:lineRule="auto"/>
            </w:pPr>
            <w:r>
              <w:t>Uncured and approved</w:t>
            </w:r>
          </w:p>
        </w:tc>
        <w:tc>
          <w:tcPr>
            <w:tcW w:w="4320" w:type="dxa"/>
            <w:vAlign w:val="center"/>
          </w:tcPr>
          <w:p w14:paraId="5CA69ED4" w14:textId="77777777" w:rsidR="00FF12E5" w:rsidRDefault="008C39FF">
            <w:pPr>
              <w:spacing w:before="40" w:after="40" w:line="240" w:lineRule="auto"/>
            </w:pPr>
            <w:r>
              <w:t>L01 plus completed L03. Verify the payment date against actual delivery.</w:t>
            </w:r>
          </w:p>
        </w:tc>
        <w:tc>
          <w:tcPr>
            <w:tcW w:w="4392" w:type="dxa"/>
            <w:vAlign w:val="center"/>
          </w:tcPr>
          <w:p w14:paraId="7F2805AD" w14:textId="77777777" w:rsidR="00FF12E5" w:rsidRDefault="008C39FF">
            <w:pPr>
              <w:spacing w:before="40" w:after="40" w:line="240" w:lineRule="auto"/>
            </w:pPr>
            <w:r>
              <w:t>L05; authorize only the verifi</w:t>
            </w:r>
            <w:r>
              <w:t>ed, imposable amount and basis.</w:t>
            </w:r>
          </w:p>
        </w:tc>
      </w:tr>
      <w:tr w:rsidR="00FF12E5" w14:paraId="00847801" w14:textId="77777777">
        <w:trPr>
          <w:cantSplit/>
        </w:trPr>
        <w:tc>
          <w:tcPr>
            <w:tcW w:w="2088" w:type="dxa"/>
            <w:vAlign w:val="center"/>
          </w:tcPr>
          <w:p w14:paraId="5B4198B2" w14:textId="77777777" w:rsidR="00FF12E5" w:rsidRDefault="008C39FF">
            <w:pPr>
              <w:spacing w:before="40" w:after="40" w:line="240" w:lineRule="auto"/>
            </w:pPr>
            <w:r>
              <w:t>Majority vote rejects fine</w:t>
            </w:r>
          </w:p>
        </w:tc>
        <w:tc>
          <w:tcPr>
            <w:tcW w:w="4320" w:type="dxa"/>
            <w:vAlign w:val="center"/>
          </w:tcPr>
          <w:p w14:paraId="7E8BBDFA" w14:textId="77777777" w:rsidR="00FF12E5" w:rsidRDefault="008C39FF">
            <w:pPr>
              <w:spacing w:before="40" w:after="40" w:line="240" w:lineRule="auto"/>
            </w:pPr>
            <w:r>
              <w:t>L02 plus completed L03. Record accurate findings and remaining cure action, if applicable.</w:t>
            </w:r>
          </w:p>
        </w:tc>
        <w:tc>
          <w:tcPr>
            <w:tcW w:w="4392" w:type="dxa"/>
            <w:vAlign w:val="center"/>
          </w:tcPr>
          <w:p w14:paraId="52040D71" w14:textId="77777777" w:rsidR="00FF12E5" w:rsidRDefault="008C39FF">
            <w:pPr>
              <w:spacing w:before="40" w:after="40" w:line="240" w:lineRule="auto"/>
            </w:pPr>
            <w:r>
              <w:t>L06; no fine due from this proceeding.</w:t>
            </w:r>
          </w:p>
        </w:tc>
      </w:tr>
      <w:tr w:rsidR="00FF12E5" w14:paraId="02139517" w14:textId="77777777">
        <w:trPr>
          <w:cantSplit/>
        </w:trPr>
        <w:tc>
          <w:tcPr>
            <w:tcW w:w="2088" w:type="dxa"/>
            <w:vAlign w:val="center"/>
          </w:tcPr>
          <w:p w14:paraId="74FC6A91" w14:textId="77777777" w:rsidR="00FF12E5" w:rsidRDefault="008C39FF">
            <w:pPr>
              <w:spacing w:before="40" w:after="40" w:line="240" w:lineRule="auto"/>
            </w:pPr>
            <w:r>
              <w:t>Cured or approval threshold not met</w:t>
            </w:r>
          </w:p>
        </w:tc>
        <w:tc>
          <w:tcPr>
            <w:tcW w:w="4320" w:type="dxa"/>
            <w:vAlign w:val="center"/>
          </w:tcPr>
          <w:p w14:paraId="12914354" w14:textId="77777777" w:rsidR="00FF12E5" w:rsidRDefault="008C39FF">
            <w:pPr>
              <w:spacing w:before="40" w:after="40" w:line="240" w:lineRule="auto"/>
            </w:pPr>
            <w:r>
              <w:t xml:space="preserve">L04 plus completed L03. </w:t>
            </w:r>
            <w:r>
              <w:t>State the actual statutory or voting basis.</w:t>
            </w:r>
          </w:p>
        </w:tc>
        <w:tc>
          <w:tcPr>
            <w:tcW w:w="4392" w:type="dxa"/>
            <w:vAlign w:val="center"/>
          </w:tcPr>
          <w:p w14:paraId="69D095E6" w14:textId="77777777" w:rsidR="00FF12E5" w:rsidRDefault="008C39FF">
            <w:pPr>
              <w:spacing w:before="40" w:after="40" w:line="240" w:lineRule="auto"/>
            </w:pPr>
            <w:r>
              <w:t>L06; do not post or collect the barred/unapproved fine.</w:t>
            </w:r>
          </w:p>
        </w:tc>
      </w:tr>
      <w:tr w:rsidR="00FF12E5" w14:paraId="1CB3524D" w14:textId="77777777">
        <w:trPr>
          <w:cantSplit/>
        </w:trPr>
        <w:tc>
          <w:tcPr>
            <w:tcW w:w="2088" w:type="dxa"/>
            <w:vAlign w:val="center"/>
          </w:tcPr>
          <w:p w14:paraId="444B427C" w14:textId="77777777" w:rsidR="00FF12E5" w:rsidRDefault="008C39FF">
            <w:pPr>
              <w:spacing w:before="40" w:after="40" w:line="240" w:lineRule="auto"/>
            </w:pPr>
            <w:r>
              <w:t>No hearing or no quorum</w:t>
            </w:r>
          </w:p>
        </w:tc>
        <w:tc>
          <w:tcPr>
            <w:tcW w:w="4320" w:type="dxa"/>
            <w:vAlign w:val="center"/>
          </w:tcPr>
          <w:p w14:paraId="1642728F" w14:textId="77777777" w:rsidR="00FF12E5" w:rsidRDefault="008C39FF">
            <w:pPr>
              <w:spacing w:before="40" w:after="40" w:line="240" w:lineRule="auto"/>
            </w:pPr>
            <w:r>
              <w:t>Do not send a letter claiming a hearing decision. Send a factual rescheduling/status notice and proper hearing notice when establis</w:t>
            </w:r>
            <w:r>
              <w:t>hed.</w:t>
            </w:r>
          </w:p>
        </w:tc>
        <w:tc>
          <w:tcPr>
            <w:tcW w:w="4392" w:type="dxa"/>
            <w:vAlign w:val="center"/>
          </w:tcPr>
          <w:p w14:paraId="0E318476" w14:textId="77777777" w:rsidR="00FF12E5" w:rsidRDefault="008C39FF">
            <w:pPr>
              <w:spacing w:before="40" w:after="40" w:line="240" w:lineRule="auto"/>
            </w:pPr>
            <w:r>
              <w:t>F05 or factual status report; keep account on hold.</w:t>
            </w:r>
          </w:p>
        </w:tc>
      </w:tr>
    </w:tbl>
    <w:p w14:paraId="266906A0" w14:textId="77777777" w:rsidR="00FF12E5" w:rsidRDefault="00FF12E5"/>
    <w:p w14:paraId="262FF9E0" w14:textId="77777777" w:rsidR="00FF12E5" w:rsidRDefault="008C39FF">
      <w:pPr>
        <w:pStyle w:val="Heading2"/>
      </w:pPr>
      <w:r>
        <w:t>Complete the statutory findings</w:t>
      </w:r>
    </w:p>
    <w:p w14:paraId="1991C05F" w14:textId="77777777" w:rsidR="00FF12E5" w:rsidRDefault="008C39FF">
      <w:r>
        <w:t>We pair L01 or L02 with L03 so you receive the complete written findings. Complete and send L03 with the selected member letter as one notice. Include the conduct, g</w:t>
      </w:r>
      <w:r>
        <w:t>overning provision, evidence, cure status, findings, decision and applicable cure instructions or payment date. Both approved and rejected outcomes require timely written findings. Check every field and amount before sending.</w:t>
      </w:r>
    </w:p>
    <w:p w14:paraId="078DC69F" w14:textId="77777777" w:rsidR="00FF12E5" w:rsidRDefault="008C39FF">
      <w:r>
        <w:t>For a continuing fine, we must</w:t>
      </w:r>
      <w:r>
        <w:t xml:space="preserve"> be able to reconcile the daily rate, dates, count, cap and total to your Board action and hearing notice. Do not authorize charges beyond that basis, above the approved cap or after a qualifying cure. Review the calculation before release.</w:t>
      </w:r>
    </w:p>
    <w:p w14:paraId="65096786" w14:textId="77777777" w:rsidR="00FF12E5" w:rsidRDefault="008C39FF">
      <w:pPr>
        <w:pStyle w:val="Heading2"/>
      </w:pPr>
      <w:r>
        <w:t>Delivery and payment controls</w:t>
      </w:r>
    </w:p>
    <w:p w14:paraId="34D56E80" w14:textId="77777777" w:rsidR="00FF12E5" w:rsidRDefault="008C39FF">
      <w:r>
        <w:t>• Use the designated owner mailing or email address in the association’s official records; include applicable additional recipients. Save delivery evidence and address verification.</w:t>
      </w:r>
    </w:p>
    <w:p w14:paraId="7AFCF0C6" w14:textId="77777777" w:rsidR="00FF12E5" w:rsidRDefault="008C39FF">
      <w:r>
        <w:t xml:space="preserve">• Plan a payment date with delivery margin. </w:t>
      </w:r>
      <w:r>
        <w:t>If delivery occurs too late for the committee-set date to allow 30 days, hold collection and obtain an authorized compliant correction; management must not silently change the committee’s decision.</w:t>
      </w:r>
    </w:p>
    <w:p w14:paraId="54ADD8AF" w14:textId="77777777" w:rsidR="00FF12E5" w:rsidRDefault="008C39FF">
      <w:r>
        <w:t xml:space="preserve">• Check any cure completed under the notice. Document the </w:t>
      </w:r>
      <w:r>
        <w:t>resulting nonimposition and authorized account adjustment where applicable.</w:t>
      </w:r>
    </w:p>
    <w:p w14:paraId="2C5E9C0D" w14:textId="77777777" w:rsidR="00FF12E5" w:rsidRDefault="008C39FF">
      <w:r>
        <w:t>• Confirm payee, remittance address, portal, association identifier, and contact details. The our myHomeSpot.com letter templates contain existing payment details that must be veri</w:t>
      </w:r>
      <w:r>
        <w:t>fied before use.</w:t>
      </w:r>
    </w:p>
    <w:p w14:paraId="44955678" w14:textId="77777777" w:rsidR="00FF12E5" w:rsidRDefault="008C39FF">
      <w:r>
        <w:t>• The statute references expiration of appeal time but does not supply a universal appeal procedure or fixed period in these provisions. Identify any applicable process from governing authority or counsel; do not invent one.</w:t>
      </w:r>
    </w:p>
    <w:p w14:paraId="302318D4" w14:textId="77777777" w:rsidR="00FF12E5" w:rsidRDefault="008C39FF">
      <w:r>
        <w:t>• Do not promi</w:t>
      </w:r>
      <w:r>
        <w:t>se automatic attorney fees, a lien, suspension, or collection action. Those require a separate legal and procedural review.</w:t>
      </w:r>
    </w:p>
    <w:p w14:paraId="4D7C51AF" w14:textId="77777777" w:rsidR="00FF12E5" w:rsidRDefault="008C39FF">
      <w:pPr>
        <w:pStyle w:val="Heading2"/>
      </w:pPr>
      <w:r>
        <w:t>Assemble the actual meeting record</w:t>
      </w:r>
    </w:p>
    <w:p w14:paraId="35568A28" w14:textId="77777777" w:rsidR="00FF12E5" w:rsidRDefault="008C39FF">
      <w:r>
        <w:t>We assemble your meeting record in this order: F09 internal summary; F10 executed notice affidavi</w:t>
      </w:r>
      <w:r>
        <w:t xml:space="preserve">t; F11 draft minutes; available Zoom summary and complete transcript as separate exhibits; then authorized letters with L03 and other letter attachments. Keep F07/F08 and the evidence packet in the case file and identify them in the exhibit index. Include </w:t>
      </w:r>
      <w:r>
        <w:t>only exhibits that actually exist.</w:t>
      </w:r>
    </w:p>
    <w:p w14:paraId="53FEE35E" w14:textId="77777777" w:rsidR="00FF12E5" w:rsidRDefault="008C39FF">
      <w:r>
        <w:br w:type="page"/>
      </w:r>
    </w:p>
    <w:p w14:paraId="746567E2" w14:textId="77777777" w:rsidR="00FF12E5" w:rsidRDefault="008C39FF">
      <w:r>
        <w:rPr>
          <w:b/>
        </w:rPr>
        <w:t>TRAINING 8</w:t>
      </w:r>
    </w:p>
    <w:p w14:paraId="714F4807" w14:textId="77777777" w:rsidR="00FF12E5" w:rsidRDefault="008C39FF">
      <w:pPr>
        <w:pStyle w:val="Title"/>
      </w:pPr>
      <w:r>
        <w:t>Practice hearing and answer key</w:t>
      </w:r>
    </w:p>
    <w:p w14:paraId="098B295C" w14:textId="77777777" w:rsidR="00FF12E5" w:rsidRDefault="008C39FF">
      <w:pPr>
        <w:pStyle w:val="Heading2"/>
      </w:pPr>
      <w:r>
        <w:t>Exercise A Uncured violation</w:t>
      </w:r>
    </w:p>
    <w:p w14:paraId="3ABE68CB" w14:textId="77777777" w:rsidR="00FF12E5" w:rsidRDefault="008C39FF">
      <w:r>
        <w:t>Fictional exercise: Sample Oaks HOA has a five-member eligible committee. Three participate, satisfying its verified simple-majority quorum; its ve</w:t>
      </w:r>
      <w:r>
        <w:t>rified rule requires a majority of those present to approve. The Board proposed a one-time $100 fine for failure to maintain a fence under Declaration §8.2. Notice was issued and delivered October 1, 2026, for an October 20 hearing with working remote acce</w:t>
      </w:r>
      <w:r>
        <w:t>ss. Dated evidence shows the condition remains uncured. The owner explains a contractor delay. Two committee members vote to approve and one votes against. The committee sets November 25 as the payment date; findings are delivered October 22.</w:t>
      </w:r>
    </w:p>
    <w:p w14:paraId="35C6FA54" w14:textId="77777777" w:rsidR="00FF12E5" w:rsidRDefault="008C39FF">
      <w:r>
        <w:t>TRAINEE TASK:</w:t>
      </w:r>
      <w:r>
        <w:t xml:space="preserve"> Use F07/F08 to record findings and votes. Select the member and Board letters. State whether the schedule meets the relevant intervals and what must be verified before Accounting posts a charge.</w:t>
      </w:r>
    </w:p>
    <w:p w14:paraId="2D7E4667" w14:textId="77777777" w:rsidR="00FF12E5" w:rsidRDefault="008C39FF">
      <w:r>
        <w:t>ANSWER: The vote meets the exercise’s verified rule. Use L01</w:t>
      </w:r>
      <w:r>
        <w:t xml:space="preserve"> with L03 and L05. The 19-day notice interval, hearing within 90 days, 2-day findings interval, and 34-day payment interval meet the stated timing requirements. Confirm the notice’s cure instructions, no qualifying cure, exact amount, and delivery evidence</w:t>
      </w:r>
      <w:r>
        <w:t xml:space="preserve"> before posting. The contractor explanation belongs in the record; it is not itself proof of cure.</w:t>
      </w:r>
    </w:p>
    <w:p w14:paraId="605FA7BF" w14:textId="77777777" w:rsidR="00FF12E5" w:rsidRDefault="008C39FF">
      <w:pPr>
        <w:pStyle w:val="Heading2"/>
      </w:pPr>
      <w:r>
        <w:t>Exercise B Cured before hearing</w:t>
      </w:r>
    </w:p>
    <w:p w14:paraId="50B32B6B" w14:textId="77777777" w:rsidR="00FF12E5" w:rsidRDefault="008C39FF">
      <w:r>
        <w:t>The same facts apply, but a dated inspection establishes complete cure October 19. The Board asks the committee to approve be</w:t>
      </w:r>
      <w:r>
        <w:t>cause management incurred administrative time.</w:t>
      </w:r>
    </w:p>
    <w:p w14:paraId="04958A55" w14:textId="77777777" w:rsidR="00FF12E5" w:rsidRDefault="008C39FF">
      <w:r>
        <w:t>ANSWER: The fine may not be imposed under §720.305(2)(e). Record cure and evidence; use L04 with L03 and L06. Do not impose the fine to recover administrative time. A Board request does not override the cure p</w:t>
      </w:r>
      <w:r>
        <w:t>rohibition.</w:t>
      </w:r>
    </w:p>
    <w:p w14:paraId="77E885EA" w14:textId="77777777" w:rsidR="00FF12E5" w:rsidRDefault="008C39FF">
      <w:pPr>
        <w:pStyle w:val="Heading2"/>
      </w:pPr>
      <w:r>
        <w:t>Exercise C Ineligible member and missing quorum</w:t>
      </w:r>
    </w:p>
    <w:p w14:paraId="2E665433" w14:textId="77777777" w:rsidR="00FF12E5" w:rsidRDefault="008C39FF">
      <w:r>
        <w:t>A three-person committee includes the Board president’s spouse. Only that person and one other member attend.</w:t>
      </w:r>
    </w:p>
    <w:p w14:paraId="26B8FB7A" w14:textId="77777777" w:rsidR="00FF12E5" w:rsidRDefault="008C39FF">
      <w:r>
        <w:t>ANSWER: The spouse is statutorily ineligible. The association has not established a co</w:t>
      </w:r>
      <w:r>
        <w:t>mmittee of at least three eligible appointed members. Do not count the spouse or conduct an approval vote. Correct appointments and scheduling with proper notice; do not write minutes claiming valid approval.</w:t>
      </w:r>
    </w:p>
    <w:p w14:paraId="21942DB8" w14:textId="77777777" w:rsidR="00FF12E5" w:rsidRDefault="008C39FF">
      <w:pPr>
        <w:pStyle w:val="Heading2"/>
      </w:pPr>
      <w:r>
        <w:t>Exercise D Failed approval and prohibited condu</w:t>
      </w:r>
      <w:r>
        <w:t>ct</w:t>
      </w:r>
    </w:p>
    <w:p w14:paraId="4CAAC0BD" w14:textId="77777777" w:rsidR="00FF12E5" w:rsidRDefault="008C39FF">
      <w:r>
        <w:t>First scenario: four participating members split 2–2 on approval under a rule requiring a majority. Second scenario: a separate case concerns a garbage container at the curb 12 hours after collection.</w:t>
      </w:r>
    </w:p>
    <w:p w14:paraId="4DB0E4C8" w14:textId="77777777" w:rsidR="00FF12E5" w:rsidRDefault="008C39FF">
      <w:r>
        <w:t>ANSWER: A tie fails majority approval; no fine may b</w:t>
      </w:r>
      <w:r>
        <w:t>e imposed from that vote. Use L04 rather than a letter asserting a majority voted to reject. The separate garbage-container case is protected by §720.305(7)(a); stop that enforcement basis and document why.</w:t>
      </w:r>
    </w:p>
    <w:p w14:paraId="1645A97F" w14:textId="77777777" w:rsidR="00FF12E5" w:rsidRDefault="008C39FF">
      <w:pPr>
        <w:pStyle w:val="Heading2"/>
      </w:pPr>
      <w:r>
        <w:t>Facilitator scoring</w:t>
      </w:r>
    </w:p>
    <w:p w14:paraId="098422A4" w14:textId="77777777" w:rsidR="00FF12E5" w:rsidRDefault="008C39FF">
      <w:r>
        <w:t xml:space="preserve">Use these exercises to check </w:t>
      </w:r>
      <w:r>
        <w:t>your understanding with us. You should be able to explain Board and committee authority, notice recipients, the four timing controls, cure, eligibility, findings and account holds. Repeat any missed critical item. We record training completion separately f</w:t>
      </w:r>
      <w:r>
        <w:t>rom committee appointment; completing this guide is not legal certification.</w:t>
      </w:r>
    </w:p>
    <w:p w14:paraId="2D319537" w14:textId="77777777" w:rsidR="00FF12E5" w:rsidRDefault="008C39FF">
      <w:r>
        <w:br w:type="page"/>
      </w:r>
    </w:p>
    <w:p w14:paraId="62363C31" w14:textId="77777777" w:rsidR="00FF12E5" w:rsidRDefault="008C39FF">
      <w:r>
        <w:rPr>
          <w:b/>
        </w:rPr>
        <w:t>TRAINING 9</w:t>
      </w:r>
    </w:p>
    <w:p w14:paraId="55AFFC24" w14:textId="77777777" w:rsidR="00FF12E5" w:rsidRDefault="008C39FF">
      <w:pPr>
        <w:pStyle w:val="Title"/>
      </w:pPr>
      <w:r>
        <w:t>Final quality checklist and sources</w:t>
      </w:r>
    </w:p>
    <w:p w14:paraId="5B68D0D6" w14:textId="77777777" w:rsidR="00FF12E5" w:rsidRDefault="008C39FF">
      <w:r>
        <w:t>☐</w:t>
      </w:r>
      <w:r>
        <w:t xml:space="preserve"> Verified association type is HOA governed by Chapter 720; no condominium wording remains.</w:t>
      </w:r>
    </w:p>
    <w:p w14:paraId="5F2080D3" w14:textId="77777777" w:rsidR="00FF12E5" w:rsidRDefault="008C39FF">
      <w:r>
        <w:t>☐</w:t>
      </w:r>
      <w:r>
        <w:t xml:space="preserve"> Recorded current </w:t>
      </w:r>
      <w:r>
        <w:t>declaration, bylaws, rules, committee charter, and enforcement policy versions.</w:t>
      </w:r>
    </w:p>
    <w:p w14:paraId="7CFB0BBF" w14:textId="77777777" w:rsidR="00FF12E5" w:rsidRDefault="008C39FF">
      <w:r>
        <w:t>☐</w:t>
      </w:r>
      <w:r>
        <w:t xml:space="preserve"> Reconciled exact legal name, ownership, designated contacts, governing provision, and Board action.</w:t>
      </w:r>
    </w:p>
    <w:p w14:paraId="45FE8A35" w14:textId="77777777" w:rsidR="00FF12E5" w:rsidRDefault="008C39FF">
      <w:r>
        <w:t>☐</w:t>
      </w:r>
      <w:r>
        <w:t xml:space="preserve"> Verified notice content, required recipients, issuance/delivery evidence</w:t>
      </w:r>
      <w:r>
        <w:t>, hearing date, and remote access.</w:t>
      </w:r>
    </w:p>
    <w:p w14:paraId="5108FBC7" w14:textId="77777777" w:rsidR="00FF12E5" w:rsidRDefault="008C39FF">
      <w:r>
        <w:t>☐</w:t>
      </w:r>
      <w:r>
        <w:t xml:space="preserve"> Confirmed eligible committee roster, calculated quorum, and identified the approval threshold.</w:t>
      </w:r>
    </w:p>
    <w:p w14:paraId="60AFEA0B" w14:textId="77777777" w:rsidR="00FF12E5" w:rsidRDefault="008C39FF">
      <w:r>
        <w:t>☐</w:t>
      </w:r>
      <w:r>
        <w:t xml:space="preserve"> Recorded each owner separately as present/absent and any representative’s relationship.</w:t>
      </w:r>
    </w:p>
    <w:p w14:paraId="57B27F49" w14:textId="77777777" w:rsidR="00FF12E5" w:rsidRDefault="008C39FF">
      <w:r>
        <w:t>☐</w:t>
      </w:r>
      <w:r>
        <w:t xml:space="preserve"> Documented all material </w:t>
      </w:r>
      <w:r>
        <w:t>evidence, owner response, cure facts, committee findings, individual votes, and actual result.</w:t>
      </w:r>
    </w:p>
    <w:p w14:paraId="75CA04CF" w14:textId="77777777" w:rsidR="00FF12E5" w:rsidRDefault="008C39FF">
      <w:r>
        <w:t>☐</w:t>
      </w:r>
      <w:r>
        <w:t xml:space="preserve"> Completed the correct member letter and L03; checked every bracketed field, amount, cure instruction, and deadline.</w:t>
      </w:r>
    </w:p>
    <w:p w14:paraId="62276B9D" w14:textId="77777777" w:rsidR="00FF12E5" w:rsidRDefault="008C39FF">
      <w:r>
        <w:t>☐</w:t>
      </w:r>
      <w:r>
        <w:t xml:space="preserve"> Arranged findings delivery within 7 days </w:t>
      </w:r>
      <w:r>
        <w:t>and a payment date at least 30 days after delivery where applicable.</w:t>
      </w:r>
    </w:p>
    <w:p w14:paraId="1D584DF7" w14:textId="77777777" w:rsidR="00FF12E5" w:rsidRDefault="008C39FF">
      <w:r>
        <w:t>☐</w:t>
      </w:r>
      <w:r>
        <w:t xml:space="preserve"> Checked that no prohibited or cured violation is being charged; authorized Accounting instructions match the decision.</w:t>
      </w:r>
    </w:p>
    <w:p w14:paraId="5FB3ADBB" w14:textId="77777777" w:rsidR="00FF12E5" w:rsidRDefault="008C39FF">
      <w:r>
        <w:t>☐</w:t>
      </w:r>
      <w:r>
        <w:t xml:space="preserve"> Completed Board report, VMS/Smartweb status, minutes, evidence i</w:t>
      </w:r>
      <w:r>
        <w:t>ndex, and delivery log.</w:t>
      </w:r>
    </w:p>
    <w:p w14:paraId="0B1CD732" w14:textId="77777777" w:rsidR="00FF12E5" w:rsidRDefault="008C39FF">
      <w:r>
        <w:t>☐</w:t>
      </w:r>
      <w:r>
        <w:t xml:space="preserve"> Checked the actual meeting record order, affidavit execution facts, required attachments, and access restrictions.</w:t>
      </w:r>
    </w:p>
    <w:p w14:paraId="6C786118" w14:textId="77777777" w:rsidR="00FF12E5" w:rsidRDefault="008C39FF">
      <w:pPr>
        <w:pStyle w:val="Heading2"/>
      </w:pPr>
      <w:r>
        <w:t>Record and privacy practices</w:t>
      </w:r>
    </w:p>
    <w:p w14:paraId="6131BDF1" w14:textId="77777777" w:rsidR="00FF12E5" w:rsidRDefault="008C39FF">
      <w:r>
        <w:t xml:space="preserve">We help you maintain notices, evidence, meeting records and delivery proof under your </w:t>
      </w:r>
      <w:r>
        <w:t>association’s records policy and §720.303(4). Listed official records generally require at least seven years unless a longer period applies. Preserve legal-hold records and use the official-records process for inspection requests. Protect exempt informatio</w:t>
      </w:r>
      <w:r>
        <w:t>n; do not publish private owner contact details on a community notice.</w:t>
      </w:r>
    </w:p>
    <w:p w14:paraId="4C50B9DD" w14:textId="77777777" w:rsidR="00FF12E5" w:rsidRDefault="008C39FF">
      <w:pPr>
        <w:pStyle w:val="Heading2"/>
      </w:pPr>
      <w:r>
        <w:t>Primary sources reviewed September 29 2026</w:t>
      </w:r>
    </w:p>
    <w:p w14:paraId="4FF74207" w14:textId="77777777" w:rsidR="00FF12E5" w:rsidRDefault="008C39FF">
      <w:r>
        <w:t>Florida Statutes §720.305 (2026): fining authority and limits; committee eligibility; notice, hearing, written findings, cure and payment rule</w:t>
      </w:r>
      <w:r>
        <w:t>s; prohibited fines.</w:t>
      </w:r>
      <w:r>
        <w:br/>
        <w:t>https://www.flsenate.gov/Laws/Statutes/2026/720.305</w:t>
      </w:r>
    </w:p>
    <w:p w14:paraId="5BACF237" w14:textId="77777777" w:rsidR="00FF12E5" w:rsidRDefault="008C39FF">
      <w:r>
        <w:t>Florida Statutes §720.303 (2026): Board meetings and notice; committee applicability; minutes; official records and retention.</w:t>
      </w:r>
      <w:r>
        <w:br/>
        <w:t>https://www.flsenate.gov/Laws/Statutes/2026/720.303</w:t>
      </w:r>
    </w:p>
    <w:p w14:paraId="14D5027F" w14:textId="77777777" w:rsidR="00FF12E5" w:rsidRDefault="008C39FF">
      <w:r>
        <w:t xml:space="preserve">For </w:t>
      </w:r>
      <w:r>
        <w:t>each live case, please provide or verify with us: your declaration and amendments, bylaws, rules, Board and committee appointments, Board action, designated owner contacts, incident evidence, earlier notices and delivery proof.</w:t>
      </w:r>
    </w:p>
    <w:p w14:paraId="4ACD85CC" w14:textId="77777777" w:rsidR="00FF12E5" w:rsidRDefault="008C39FF">
      <w:r>
        <w:t>Our physical-location field,</w:t>
      </w:r>
      <w:r>
        <w:t xml:space="preserve"> affidavit layout, file order and management assignments are workflow choices, not universal requirements of §720.305. Our affidavit template includes Escambia County; use the actual notarial venue if you sign elsewhere.</w:t>
      </w:r>
    </w:p>
    <w:sectPr w:rsidR="00FF12E5" w:rsidSect="00034616">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288"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02DAD" w14:textId="77777777" w:rsidR="00000000" w:rsidRDefault="008C39FF">
      <w:pPr>
        <w:spacing w:after="0" w:line="240" w:lineRule="auto"/>
      </w:pPr>
      <w:r>
        <w:separator/>
      </w:r>
    </w:p>
  </w:endnote>
  <w:endnote w:type="continuationSeparator" w:id="0">
    <w:p w14:paraId="2C398107" w14:textId="77777777" w:rsidR="00000000" w:rsidRDefault="008C3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3BF16" w14:textId="77777777" w:rsidR="008C39FF" w:rsidRDefault="008C3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A4692" w14:textId="77777777" w:rsidR="00FF12E5" w:rsidRDefault="008C39FF">
    <w:pPr>
      <w:tabs>
        <w:tab w:val="center" w:pos="5400"/>
        <w:tab w:val="right" w:pos="10800"/>
      </w:tabs>
      <w:spacing w:after="0"/>
    </w:pPr>
    <w:r>
      <w:rPr>
        <w:sz w:val="16"/>
      </w:rPr>
      <w:tab/>
    </w:r>
    <w:r>
      <w:rPr>
        <w:sz w:val="16"/>
      </w:rPr>
      <w:t>2026.09.29 myHomeSpot.com CCR Enforcement Training</w:t>
    </w:r>
    <w:r>
      <w:rPr>
        <w:sz w:val="16"/>
      </w:rPr>
      <w:tab/>
      <w:t xml:space="preserve">Page </w:t>
    </w:r>
    <w:r>
      <w:fldChar w:fldCharType="begin"/>
    </w:r>
    <w:r>
      <w:instrText>PAGE</w:instrText>
    </w:r>
    <w:r>
      <w:fldChar w:fldCharType="separate"/>
    </w:r>
    <w:r>
      <w:rPr>
        <w:sz w:val="16"/>
      </w:rPr>
      <w:t>1</w:t>
    </w:r>
    <w:r>
      <w:rPr>
        <w:sz w:val="16"/>
      </w:rPr>
      <w:fldChar w:fldCharType="end"/>
    </w:r>
    <w:r>
      <w:rPr>
        <w:sz w:val="16"/>
      </w:rPr>
      <w:t xml:space="preserve"> of </w:t>
    </w:r>
    <w:r>
      <w:fldChar w:fldCharType="begin"/>
    </w:r>
    <w:r>
      <w:instrText>NUMPAGES</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4B2F9" w14:textId="77777777" w:rsidR="008C39FF" w:rsidRDefault="008C3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DDB76" w14:textId="77777777" w:rsidR="00000000" w:rsidRDefault="008C39FF">
      <w:pPr>
        <w:spacing w:after="0" w:line="240" w:lineRule="auto"/>
      </w:pPr>
      <w:r>
        <w:separator/>
      </w:r>
    </w:p>
  </w:footnote>
  <w:footnote w:type="continuationSeparator" w:id="0">
    <w:p w14:paraId="63EF9724" w14:textId="77777777" w:rsidR="00000000" w:rsidRDefault="008C39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09DD" w14:textId="77777777" w:rsidR="008C39FF" w:rsidRDefault="008C3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1D0B3" w14:textId="77777777" w:rsidR="008C39FF" w:rsidRDefault="008C39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B129" w14:textId="77777777" w:rsidR="008C39FF" w:rsidRDefault="008C3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C39FF"/>
    <w:rsid w:val="00AA1D8D"/>
    <w:rsid w:val="00B47730"/>
    <w:rsid w:val="00CB0664"/>
    <w:rsid w:val="00FC693F"/>
    <w:rsid w:val="00FF12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723E4C"/>
  <w14:defaultImageDpi w14:val="300"/>
  <w15:docId w15:val="{F2C9C37F-2457-406F-8740-7F718296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4127</Words>
  <Characters>23525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manual</dc:title>
  <dc:subject/>
  <dc:creator>myHomeSpot.com</dc:creator>
  <cp:keywords/>
  <dc:description>generated by python-docx</dc:description>
  <cp:lastModifiedBy>Glenn Dorsey</cp:lastModifiedBy>
  <cp:revision>2</cp:revision>
  <dcterms:created xsi:type="dcterms:W3CDTF">2013-12-23T23:15:00Z</dcterms:created>
  <dcterms:modified xsi:type="dcterms:W3CDTF">2026-09-29T21:38:00Z</dcterms:modified>
  <cp:category/>
</cp:coreProperties>
</file>